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B96E1" w14:textId="604D257D" w:rsidR="007770DE" w:rsidRPr="008E093C" w:rsidRDefault="007770DE" w:rsidP="00C11EED">
      <w:pPr>
        <w:pStyle w:val="Title"/>
        <w:jc w:val="center"/>
        <w:rPr>
          <w:rFonts w:ascii="Arial" w:hAnsi="Arial" w:cs="Arial"/>
          <w:color w:val="000000" w:themeColor="text1"/>
          <w:sz w:val="48"/>
          <w:szCs w:val="48"/>
        </w:rPr>
      </w:pPr>
      <w:r w:rsidRPr="008E093C">
        <w:rPr>
          <w:rFonts w:ascii="Arial" w:hAnsi="Arial" w:cs="Arial"/>
          <w:color w:val="000000" w:themeColor="text1"/>
          <w:sz w:val="48"/>
          <w:szCs w:val="48"/>
        </w:rPr>
        <w:t xml:space="preserve">EXAMPLE </w:t>
      </w:r>
    </w:p>
    <w:p w14:paraId="1EC69953" w14:textId="3264CE5A" w:rsidR="00C11EED" w:rsidRPr="008E093C" w:rsidRDefault="00C11EED" w:rsidP="007770DE">
      <w:pPr>
        <w:pStyle w:val="Title"/>
        <w:jc w:val="center"/>
        <w:rPr>
          <w:rFonts w:ascii="Arial" w:hAnsi="Arial" w:cs="Arial"/>
          <w:color w:val="000000" w:themeColor="text1"/>
          <w:sz w:val="48"/>
          <w:szCs w:val="48"/>
        </w:rPr>
      </w:pPr>
      <w:r w:rsidRPr="008E093C">
        <w:rPr>
          <w:rFonts w:ascii="Arial" w:hAnsi="Arial" w:cs="Arial"/>
          <w:color w:val="000000" w:themeColor="text1"/>
          <w:sz w:val="48"/>
          <w:szCs w:val="48"/>
        </w:rPr>
        <w:t>RESIDENTIAL</w:t>
      </w:r>
      <w:r w:rsidR="00155ECF" w:rsidRPr="008E093C">
        <w:rPr>
          <w:rFonts w:ascii="Arial" w:hAnsi="Arial" w:cs="Arial"/>
          <w:color w:val="000000" w:themeColor="text1"/>
          <w:sz w:val="48"/>
          <w:szCs w:val="48"/>
        </w:rPr>
        <w:t xml:space="preserve"> LEASE</w:t>
      </w:r>
      <w:r w:rsidR="007770DE" w:rsidRPr="008E093C">
        <w:rPr>
          <w:rFonts w:ascii="Arial" w:hAnsi="Arial" w:cs="Arial"/>
          <w:color w:val="000000" w:themeColor="text1"/>
          <w:sz w:val="48"/>
          <w:szCs w:val="48"/>
        </w:rPr>
        <w:t xml:space="preserve"> </w:t>
      </w:r>
      <w:r w:rsidR="00155ECF" w:rsidRPr="008E093C">
        <w:rPr>
          <w:rFonts w:ascii="Arial" w:hAnsi="Arial" w:cs="Arial"/>
          <w:color w:val="000000" w:themeColor="text1"/>
          <w:sz w:val="48"/>
          <w:szCs w:val="48"/>
        </w:rPr>
        <w:t>AGREEMENT</w:t>
      </w:r>
    </w:p>
    <w:p w14:paraId="61D98816" w14:textId="77777777" w:rsidR="008E093C" w:rsidRPr="008E093C" w:rsidRDefault="008E093C" w:rsidP="008E093C">
      <w:pPr>
        <w:pStyle w:val="NormalWeb"/>
        <w:spacing w:before="0" w:beforeAutospacing="0" w:after="0" w:afterAutospacing="0"/>
        <w:rPr>
          <w:color w:val="000000" w:themeColor="text1"/>
          <w:sz w:val="22"/>
          <w:szCs w:val="22"/>
        </w:rPr>
      </w:pPr>
      <w:r w:rsidRPr="008E093C">
        <w:rPr>
          <w:rFonts w:ascii="Arial" w:eastAsiaTheme="minorEastAsia" w:hAnsi="Arial" w:cs="Arial"/>
          <w:color w:val="000000" w:themeColor="text1"/>
          <w:kern w:val="24"/>
          <w:sz w:val="22"/>
          <w:szCs w:val="22"/>
        </w:rPr>
        <w:t xml:space="preserve">Union Bank &amp; Trust’s Financial Literacy materials, articles, guides, blogs, podcasts, and videos are for informational purposes only and not an advertisement for a product or service. The accuracy and completeness </w:t>
      </w:r>
      <w:proofErr w:type="gramStart"/>
      <w:r w:rsidRPr="008E093C">
        <w:rPr>
          <w:rFonts w:ascii="Arial" w:eastAsiaTheme="minorEastAsia" w:hAnsi="Arial" w:cs="Arial"/>
          <w:color w:val="000000" w:themeColor="text1"/>
          <w:kern w:val="24"/>
          <w:sz w:val="22"/>
          <w:szCs w:val="22"/>
        </w:rPr>
        <w:t>is</w:t>
      </w:r>
      <w:proofErr w:type="gramEnd"/>
      <w:r w:rsidRPr="008E093C">
        <w:rPr>
          <w:rFonts w:ascii="Arial" w:eastAsiaTheme="minorEastAsia" w:hAnsi="Arial" w:cs="Arial"/>
          <w:color w:val="000000" w:themeColor="text1"/>
          <w:kern w:val="24"/>
          <w:sz w:val="22"/>
          <w:szCs w:val="22"/>
        </w:rPr>
        <w:t xml:space="preserve"> not guaranteed and does not constitute legal or tax advice. Please consult with your own tax, legal, and financial advisors. Member FDIC.</w:t>
      </w:r>
    </w:p>
    <w:p w14:paraId="3861EB53" w14:textId="77777777" w:rsidR="008E093C" w:rsidRPr="008E093C" w:rsidRDefault="008E093C" w:rsidP="008E093C">
      <w:pPr>
        <w:rPr>
          <w:color w:val="000000" w:themeColor="text1"/>
        </w:rPr>
      </w:pPr>
    </w:p>
    <w:p w14:paraId="22CA61B9" w14:textId="77777777" w:rsidR="00316235" w:rsidRPr="008E093C" w:rsidRDefault="00155ECF">
      <w:pPr>
        <w:pStyle w:val="Heading1"/>
        <w:rPr>
          <w:rFonts w:ascii="Arial" w:hAnsi="Arial" w:cs="Arial"/>
          <w:color w:val="000000" w:themeColor="text1"/>
        </w:rPr>
      </w:pPr>
      <w:r w:rsidRPr="008E093C">
        <w:rPr>
          <w:rFonts w:ascii="Arial" w:hAnsi="Arial" w:cs="Arial"/>
          <w:color w:val="000000" w:themeColor="text1"/>
        </w:rPr>
        <w:t>1. PARTIES</w:t>
      </w:r>
    </w:p>
    <w:p w14:paraId="4913AE07" w14:textId="77777777" w:rsidR="00316235" w:rsidRPr="008E093C" w:rsidRDefault="00155ECF">
      <w:pPr>
        <w:rPr>
          <w:rFonts w:ascii="Arial" w:hAnsi="Arial" w:cs="Arial"/>
          <w:color w:val="000000" w:themeColor="text1"/>
        </w:rPr>
      </w:pPr>
      <w:r w:rsidRPr="008E093C">
        <w:rPr>
          <w:rFonts w:ascii="Arial" w:hAnsi="Arial" w:cs="Arial"/>
          <w:color w:val="000000" w:themeColor="text1"/>
        </w:rPr>
        <w:t>This Lease Agreement ("Agreement") is made between the Landlord and Tenant(s) listed below:</w:t>
      </w:r>
      <w:r w:rsidRPr="008E093C">
        <w:rPr>
          <w:rFonts w:ascii="Arial" w:hAnsi="Arial" w:cs="Arial"/>
          <w:color w:val="000000" w:themeColor="text1"/>
        </w:rPr>
        <w:br/>
      </w:r>
      <w:r w:rsidRPr="008E093C">
        <w:rPr>
          <w:rFonts w:ascii="Arial" w:hAnsi="Arial" w:cs="Arial"/>
          <w:color w:val="000000" w:themeColor="text1"/>
        </w:rPr>
        <w:br/>
        <w:t>Landlord: ________________________________</w:t>
      </w:r>
      <w:r w:rsidRPr="008E093C">
        <w:rPr>
          <w:rFonts w:ascii="Arial" w:hAnsi="Arial" w:cs="Arial"/>
          <w:color w:val="000000" w:themeColor="text1"/>
        </w:rPr>
        <w:br/>
      </w:r>
      <w:r w:rsidRPr="008E093C">
        <w:rPr>
          <w:rFonts w:ascii="Arial" w:hAnsi="Arial" w:cs="Arial"/>
          <w:color w:val="000000" w:themeColor="text1"/>
        </w:rPr>
        <w:t>Tenant(s): ________________________________</w:t>
      </w:r>
    </w:p>
    <w:p w14:paraId="130828C0" w14:textId="77777777" w:rsidR="00316235" w:rsidRPr="008E093C" w:rsidRDefault="00155ECF">
      <w:pPr>
        <w:pStyle w:val="Heading1"/>
        <w:rPr>
          <w:rFonts w:ascii="Arial" w:hAnsi="Arial" w:cs="Arial"/>
          <w:color w:val="000000" w:themeColor="text1"/>
        </w:rPr>
      </w:pPr>
      <w:r w:rsidRPr="008E093C">
        <w:rPr>
          <w:rFonts w:ascii="Arial" w:hAnsi="Arial" w:cs="Arial"/>
          <w:color w:val="000000" w:themeColor="text1"/>
        </w:rPr>
        <w:t>2. PREMISES</w:t>
      </w:r>
    </w:p>
    <w:p w14:paraId="3B0FF7EF" w14:textId="77777777" w:rsidR="00316235" w:rsidRPr="008E093C" w:rsidRDefault="00155ECF">
      <w:pPr>
        <w:rPr>
          <w:rFonts w:ascii="Arial" w:hAnsi="Arial" w:cs="Arial"/>
          <w:color w:val="000000" w:themeColor="text1"/>
        </w:rPr>
      </w:pPr>
      <w:r w:rsidRPr="008E093C">
        <w:rPr>
          <w:rFonts w:ascii="Arial" w:hAnsi="Arial" w:cs="Arial"/>
          <w:color w:val="000000" w:themeColor="text1"/>
        </w:rPr>
        <w:t>The Landlord hereby leases to Tenant the property located at:</w:t>
      </w:r>
      <w:r w:rsidRPr="008E093C">
        <w:rPr>
          <w:rFonts w:ascii="Arial" w:hAnsi="Arial" w:cs="Arial"/>
          <w:color w:val="000000" w:themeColor="text1"/>
        </w:rPr>
        <w:br/>
      </w:r>
      <w:r w:rsidRPr="008E093C">
        <w:rPr>
          <w:rFonts w:ascii="Arial" w:hAnsi="Arial" w:cs="Arial"/>
          <w:color w:val="000000" w:themeColor="text1"/>
        </w:rPr>
        <w:br/>
        <w:t>Address: ____________________________________________</w:t>
      </w:r>
      <w:r w:rsidRPr="008E093C">
        <w:rPr>
          <w:rFonts w:ascii="Arial" w:hAnsi="Arial" w:cs="Arial"/>
          <w:color w:val="000000" w:themeColor="text1"/>
        </w:rPr>
        <w:br/>
        <w:t>Apartment/Unit #: __________</w:t>
      </w:r>
    </w:p>
    <w:p w14:paraId="6EA76FC7" w14:textId="77777777" w:rsidR="00316235" w:rsidRPr="008E093C" w:rsidRDefault="00155ECF">
      <w:pPr>
        <w:pStyle w:val="Heading1"/>
        <w:rPr>
          <w:rFonts w:ascii="Arial" w:hAnsi="Arial" w:cs="Arial"/>
          <w:color w:val="000000" w:themeColor="text1"/>
        </w:rPr>
      </w:pPr>
      <w:r w:rsidRPr="008E093C">
        <w:rPr>
          <w:rFonts w:ascii="Arial" w:hAnsi="Arial" w:cs="Arial"/>
          <w:color w:val="000000" w:themeColor="text1"/>
        </w:rPr>
        <w:t>3. TERM</w:t>
      </w:r>
    </w:p>
    <w:p w14:paraId="28780AF9" w14:textId="3BAAFB15" w:rsidR="00316235" w:rsidRPr="008E093C" w:rsidRDefault="00155ECF">
      <w:pPr>
        <w:rPr>
          <w:rFonts w:ascii="Arial" w:hAnsi="Arial" w:cs="Arial"/>
          <w:color w:val="000000" w:themeColor="text1"/>
        </w:rPr>
      </w:pPr>
      <w:r w:rsidRPr="008E093C">
        <w:rPr>
          <w:rFonts w:ascii="Arial" w:hAnsi="Arial" w:cs="Arial"/>
          <w:color w:val="000000" w:themeColor="text1"/>
        </w:rPr>
        <w:t xml:space="preserve">The lease will begin on __________ </w:t>
      </w:r>
      <w:r w:rsidR="006F3637" w:rsidRPr="008E093C">
        <w:rPr>
          <w:rFonts w:ascii="Arial" w:hAnsi="Arial" w:cs="Arial"/>
          <w:color w:val="000000" w:themeColor="text1"/>
        </w:rPr>
        <w:t>(mm/dd/</w:t>
      </w:r>
      <w:proofErr w:type="spellStart"/>
      <w:r w:rsidR="006F3637" w:rsidRPr="008E093C">
        <w:rPr>
          <w:rFonts w:ascii="Arial" w:hAnsi="Arial" w:cs="Arial"/>
          <w:color w:val="000000" w:themeColor="text1"/>
        </w:rPr>
        <w:t>yyyy</w:t>
      </w:r>
      <w:proofErr w:type="spellEnd"/>
      <w:r w:rsidR="006F3637" w:rsidRPr="008E093C">
        <w:rPr>
          <w:rFonts w:ascii="Arial" w:hAnsi="Arial" w:cs="Arial"/>
          <w:color w:val="000000" w:themeColor="text1"/>
        </w:rPr>
        <w:t xml:space="preserve">) for a term of </w:t>
      </w:r>
      <w:r w:rsidR="00050A4B">
        <w:rPr>
          <w:rFonts w:ascii="Arial" w:hAnsi="Arial" w:cs="Arial"/>
          <w:color w:val="000000" w:themeColor="text1"/>
        </w:rPr>
        <w:t>_____</w:t>
      </w:r>
      <w:r w:rsidR="006F3637" w:rsidRPr="008E093C">
        <w:rPr>
          <w:rFonts w:ascii="Arial" w:hAnsi="Arial" w:cs="Arial"/>
          <w:color w:val="000000" w:themeColor="text1"/>
        </w:rPr>
        <w:t xml:space="preserve">months </w:t>
      </w:r>
      <w:r w:rsidRPr="008E093C">
        <w:rPr>
          <w:rFonts w:ascii="Arial" w:hAnsi="Arial" w:cs="Arial"/>
          <w:color w:val="000000" w:themeColor="text1"/>
        </w:rPr>
        <w:t xml:space="preserve">and end </w:t>
      </w:r>
      <w:proofErr w:type="gramStart"/>
      <w:r w:rsidRPr="008E093C">
        <w:rPr>
          <w:rFonts w:ascii="Arial" w:hAnsi="Arial" w:cs="Arial"/>
          <w:color w:val="000000" w:themeColor="text1"/>
        </w:rPr>
        <w:t>on __</w:t>
      </w:r>
      <w:proofErr w:type="gramEnd"/>
      <w:r w:rsidRPr="008E093C">
        <w:rPr>
          <w:rFonts w:ascii="Arial" w:hAnsi="Arial" w:cs="Arial"/>
          <w:color w:val="000000" w:themeColor="text1"/>
        </w:rPr>
        <w:t>________</w:t>
      </w:r>
      <w:r w:rsidR="006F3637" w:rsidRPr="008E093C">
        <w:rPr>
          <w:rFonts w:ascii="Arial" w:hAnsi="Arial" w:cs="Arial"/>
          <w:color w:val="000000" w:themeColor="text1"/>
        </w:rPr>
        <w:t xml:space="preserve"> (mm/dd/</w:t>
      </w:r>
      <w:proofErr w:type="spellStart"/>
      <w:r w:rsidR="006F3637" w:rsidRPr="008E093C">
        <w:rPr>
          <w:rFonts w:ascii="Arial" w:hAnsi="Arial" w:cs="Arial"/>
          <w:color w:val="000000" w:themeColor="text1"/>
        </w:rPr>
        <w:t>yyyy</w:t>
      </w:r>
      <w:proofErr w:type="spellEnd"/>
      <w:r w:rsidR="006F3637" w:rsidRPr="008E093C">
        <w:rPr>
          <w:rFonts w:ascii="Arial" w:hAnsi="Arial" w:cs="Arial"/>
          <w:color w:val="000000" w:themeColor="text1"/>
        </w:rPr>
        <w:t xml:space="preserve">), unless terminated at an earlier date in accordance with the provisions of this lease dealing with default. At the end of the </w:t>
      </w:r>
      <w:r w:rsidR="00050A4B" w:rsidRPr="008E093C">
        <w:rPr>
          <w:rFonts w:ascii="Arial" w:hAnsi="Arial" w:cs="Arial"/>
          <w:color w:val="000000" w:themeColor="text1"/>
        </w:rPr>
        <w:t>term</w:t>
      </w:r>
      <w:r w:rsidR="006F3637" w:rsidRPr="008E093C">
        <w:rPr>
          <w:rFonts w:ascii="Arial" w:hAnsi="Arial" w:cs="Arial"/>
          <w:color w:val="000000" w:themeColor="text1"/>
        </w:rPr>
        <w:t>, the lease will terminate</w:t>
      </w:r>
      <w:r w:rsidRPr="008E093C">
        <w:rPr>
          <w:rFonts w:ascii="Arial" w:hAnsi="Arial" w:cs="Arial"/>
          <w:color w:val="000000" w:themeColor="text1"/>
        </w:rPr>
        <w:t>.</w:t>
      </w:r>
      <w:r w:rsidR="006F3637" w:rsidRPr="008E093C">
        <w:rPr>
          <w:rFonts w:ascii="Arial" w:hAnsi="Arial" w:cs="Arial"/>
          <w:color w:val="000000" w:themeColor="text1"/>
        </w:rPr>
        <w:t xml:space="preserve"> </w:t>
      </w:r>
    </w:p>
    <w:p w14:paraId="7157F59A" w14:textId="32E7687F" w:rsidR="006F3637" w:rsidRPr="008E093C" w:rsidRDefault="006F3637">
      <w:pPr>
        <w:rPr>
          <w:rFonts w:ascii="Arial" w:hAnsi="Arial" w:cs="Arial"/>
          <w:color w:val="000000" w:themeColor="text1"/>
        </w:rPr>
      </w:pPr>
      <w:r w:rsidRPr="008E093C">
        <w:rPr>
          <w:rFonts w:ascii="Arial" w:hAnsi="Arial" w:cs="Arial"/>
          <w:color w:val="000000" w:themeColor="text1"/>
        </w:rPr>
        <w:t xml:space="preserve">A </w:t>
      </w:r>
      <w:r w:rsidR="00050A4B">
        <w:rPr>
          <w:rFonts w:ascii="Arial" w:hAnsi="Arial" w:cs="Arial"/>
          <w:color w:val="000000" w:themeColor="text1"/>
        </w:rPr>
        <w:t>_____</w:t>
      </w:r>
      <w:r w:rsidR="00050A4B" w:rsidRPr="008E093C">
        <w:rPr>
          <w:rFonts w:ascii="Arial" w:hAnsi="Arial" w:cs="Arial"/>
          <w:color w:val="000000" w:themeColor="text1"/>
        </w:rPr>
        <w:t>day</w:t>
      </w:r>
      <w:r w:rsidR="00050A4B">
        <w:rPr>
          <w:rFonts w:ascii="Arial" w:hAnsi="Arial" w:cs="Arial"/>
          <w:color w:val="000000" w:themeColor="text1"/>
        </w:rPr>
        <w:t>s</w:t>
      </w:r>
      <w:r w:rsidR="00050A4B" w:rsidRPr="008E093C">
        <w:rPr>
          <w:rFonts w:ascii="Arial" w:hAnsi="Arial" w:cs="Arial"/>
          <w:color w:val="000000" w:themeColor="text1"/>
        </w:rPr>
        <w:t>’ notice</w:t>
      </w:r>
      <w:r w:rsidRPr="008E093C">
        <w:rPr>
          <w:rFonts w:ascii="Arial" w:hAnsi="Arial" w:cs="Arial"/>
          <w:color w:val="000000" w:themeColor="text1"/>
        </w:rPr>
        <w:t xml:space="preserve"> must be given in writing to terminate the lease prior to the end of the term unless there is a breach of this lease contract. Termination of tenancy will be honored at the end of the lease only. A verbal notice of intent to vacate will not be accepted and is not valid to terminate this lease. The dwelling must be vacated by </w:t>
      </w:r>
      <w:r w:rsidR="00050A4B">
        <w:rPr>
          <w:rFonts w:ascii="Arial" w:hAnsi="Arial" w:cs="Arial"/>
          <w:color w:val="000000" w:themeColor="text1"/>
        </w:rPr>
        <w:t xml:space="preserve">_____ (time) </w:t>
      </w:r>
      <w:r w:rsidRPr="008E093C">
        <w:rPr>
          <w:rFonts w:ascii="Arial" w:hAnsi="Arial" w:cs="Arial"/>
          <w:color w:val="000000" w:themeColor="text1"/>
        </w:rPr>
        <w:t>on the last day of the lease.</w:t>
      </w:r>
      <w:r w:rsidRPr="008E093C">
        <w:rPr>
          <w:rFonts w:ascii="Arial" w:hAnsi="Arial" w:cs="Arial"/>
          <w:color w:val="000000" w:themeColor="text1"/>
        </w:rPr>
        <w:br/>
      </w:r>
      <w:r w:rsidRPr="008E093C">
        <w:rPr>
          <w:rFonts w:ascii="Arial" w:hAnsi="Arial" w:cs="Arial"/>
          <w:color w:val="000000" w:themeColor="text1"/>
        </w:rPr>
        <w:br/>
        <w:t xml:space="preserve">Landlord may serve notice in writing by mailing or by posting at premises. In the case of a renewed lease, Landlord reserves the right to negotiate this lease at the termination of the </w:t>
      </w:r>
      <w:r w:rsidR="007770DE" w:rsidRPr="008E093C">
        <w:rPr>
          <w:rFonts w:ascii="Arial" w:hAnsi="Arial" w:cs="Arial"/>
          <w:color w:val="000000" w:themeColor="text1"/>
        </w:rPr>
        <w:t>initial lease.</w:t>
      </w:r>
    </w:p>
    <w:p w14:paraId="2049B8AB" w14:textId="77777777" w:rsidR="00316235" w:rsidRPr="008E093C" w:rsidRDefault="00155ECF">
      <w:pPr>
        <w:pStyle w:val="Heading1"/>
        <w:rPr>
          <w:rFonts w:ascii="Arial" w:hAnsi="Arial" w:cs="Arial"/>
          <w:color w:val="000000" w:themeColor="text1"/>
        </w:rPr>
      </w:pPr>
      <w:r w:rsidRPr="008E093C">
        <w:rPr>
          <w:rFonts w:ascii="Arial" w:hAnsi="Arial" w:cs="Arial"/>
          <w:color w:val="000000" w:themeColor="text1"/>
        </w:rPr>
        <w:lastRenderedPageBreak/>
        <w:t>4. RENT</w:t>
      </w:r>
    </w:p>
    <w:p w14:paraId="473E332A" w14:textId="3C5DE813" w:rsidR="00316235" w:rsidRPr="008E093C" w:rsidRDefault="00B3676A">
      <w:pPr>
        <w:rPr>
          <w:rFonts w:ascii="Arial" w:hAnsi="Arial" w:cs="Arial"/>
          <w:color w:val="000000" w:themeColor="text1"/>
        </w:rPr>
      </w:pPr>
      <w:proofErr w:type="gramStart"/>
      <w:r w:rsidRPr="008E093C">
        <w:rPr>
          <w:rFonts w:ascii="Arial" w:hAnsi="Arial" w:cs="Arial"/>
          <w:color w:val="000000" w:themeColor="text1"/>
        </w:rPr>
        <w:t>Tenant agree</w:t>
      </w:r>
      <w:r>
        <w:rPr>
          <w:rFonts w:ascii="Arial" w:hAnsi="Arial" w:cs="Arial"/>
          <w:color w:val="000000" w:themeColor="text1"/>
        </w:rPr>
        <w:t>s</w:t>
      </w:r>
      <w:proofErr w:type="gramEnd"/>
      <w:r w:rsidR="00155ECF" w:rsidRPr="008E093C">
        <w:rPr>
          <w:rFonts w:ascii="Arial" w:hAnsi="Arial" w:cs="Arial"/>
          <w:color w:val="000000" w:themeColor="text1"/>
        </w:rPr>
        <w:t xml:space="preserve"> to pay rent in the amount of $__________ per month, due on the ___ day of each month</w:t>
      </w:r>
      <w:r w:rsidR="007770DE" w:rsidRPr="008E093C">
        <w:rPr>
          <w:rFonts w:ascii="Arial" w:hAnsi="Arial" w:cs="Arial"/>
          <w:color w:val="000000" w:themeColor="text1"/>
        </w:rPr>
        <w:t>, which monthly rent is due and payable in advance, on or before the first day of each month. This rent shall be transferred as specified in a timely fashion to ensure receipt on or before the due date. If Tenant fails to take possession of the premises, Tenant shall still be responsible for paying rent and complying with all terms of this lease.</w:t>
      </w:r>
      <w:r w:rsidR="007770DE" w:rsidRPr="008E093C">
        <w:rPr>
          <w:rFonts w:ascii="Arial" w:hAnsi="Arial" w:cs="Arial"/>
          <w:color w:val="000000" w:themeColor="text1"/>
        </w:rPr>
        <w:br/>
      </w:r>
      <w:r w:rsidR="007770DE" w:rsidRPr="008E093C">
        <w:rPr>
          <w:rFonts w:ascii="Arial" w:hAnsi="Arial" w:cs="Arial"/>
          <w:color w:val="000000" w:themeColor="text1"/>
        </w:rPr>
        <w:br/>
        <w:t xml:space="preserve">If Landlord has not received full rent payment by the first of the month, Tenant shall pay to Landlord a late charge of </w:t>
      </w:r>
      <w:r w:rsidR="00520466">
        <w:rPr>
          <w:rFonts w:ascii="Arial" w:hAnsi="Arial" w:cs="Arial"/>
          <w:color w:val="000000" w:themeColor="text1"/>
        </w:rPr>
        <w:t>$______</w:t>
      </w:r>
      <w:r w:rsidR="007770DE" w:rsidRPr="008E093C">
        <w:rPr>
          <w:rFonts w:ascii="Arial" w:hAnsi="Arial" w:cs="Arial"/>
          <w:color w:val="000000" w:themeColor="text1"/>
        </w:rPr>
        <w:t xml:space="preserve"> per day from the 1</w:t>
      </w:r>
      <w:r w:rsidR="007770DE" w:rsidRPr="008E093C">
        <w:rPr>
          <w:rFonts w:ascii="Arial" w:hAnsi="Arial" w:cs="Arial"/>
          <w:color w:val="000000" w:themeColor="text1"/>
          <w:vertAlign w:val="superscript"/>
        </w:rPr>
        <w:t>st</w:t>
      </w:r>
      <w:r w:rsidR="007770DE" w:rsidRPr="008E093C">
        <w:rPr>
          <w:rFonts w:ascii="Arial" w:hAnsi="Arial" w:cs="Arial"/>
          <w:color w:val="000000" w:themeColor="text1"/>
        </w:rPr>
        <w:t xml:space="preserve"> of the month in addition to the monthly rent then due. </w:t>
      </w:r>
      <w:r w:rsidR="00A5150F" w:rsidRPr="008E093C">
        <w:rPr>
          <w:rFonts w:ascii="Arial" w:hAnsi="Arial" w:cs="Arial"/>
          <w:color w:val="000000" w:themeColor="text1"/>
        </w:rPr>
        <w:t xml:space="preserve">If Tenant does not pay late fees by the following month, Landlord will deduct the amount from the subsequent rent or security deposit at the termination of the lease. Any </w:t>
      </w:r>
      <w:proofErr w:type="gramStart"/>
      <w:r w:rsidR="00A5150F" w:rsidRPr="008E093C">
        <w:rPr>
          <w:rFonts w:ascii="Arial" w:hAnsi="Arial" w:cs="Arial"/>
          <w:color w:val="000000" w:themeColor="text1"/>
        </w:rPr>
        <w:t>returned</w:t>
      </w:r>
      <w:proofErr w:type="gramEnd"/>
      <w:r w:rsidR="00A5150F" w:rsidRPr="008E093C">
        <w:rPr>
          <w:rFonts w:ascii="Arial" w:hAnsi="Arial" w:cs="Arial"/>
          <w:color w:val="000000" w:themeColor="text1"/>
        </w:rPr>
        <w:t xml:space="preserve"> payments will be subject to a </w:t>
      </w:r>
      <w:proofErr w:type="gramStart"/>
      <w:r w:rsidR="00520466">
        <w:rPr>
          <w:rFonts w:ascii="Arial" w:hAnsi="Arial" w:cs="Arial"/>
          <w:color w:val="000000" w:themeColor="text1"/>
        </w:rPr>
        <w:t>$__</w:t>
      </w:r>
      <w:proofErr w:type="gramEnd"/>
      <w:r w:rsidR="00520466">
        <w:rPr>
          <w:rFonts w:ascii="Arial" w:hAnsi="Arial" w:cs="Arial"/>
          <w:color w:val="000000" w:themeColor="text1"/>
        </w:rPr>
        <w:t>____</w:t>
      </w:r>
      <w:r w:rsidR="00A5150F" w:rsidRPr="008E093C">
        <w:rPr>
          <w:rFonts w:ascii="Arial" w:hAnsi="Arial" w:cs="Arial"/>
          <w:color w:val="000000" w:themeColor="text1"/>
        </w:rPr>
        <w:t>return fee. Landlord may require rent to be paid by alternate method in the event of payment issues.</w:t>
      </w:r>
      <w:r w:rsidR="00A5150F" w:rsidRPr="008E093C">
        <w:rPr>
          <w:rFonts w:ascii="Arial" w:hAnsi="Arial" w:cs="Arial"/>
          <w:color w:val="000000" w:themeColor="text1"/>
        </w:rPr>
        <w:br/>
      </w:r>
      <w:r w:rsidR="00A5150F" w:rsidRPr="008E093C">
        <w:rPr>
          <w:rFonts w:ascii="Arial" w:hAnsi="Arial" w:cs="Arial"/>
          <w:color w:val="000000" w:themeColor="text1"/>
        </w:rPr>
        <w:br/>
        <w:t>All money received by Landlord will be first applied toward any previous balance including rent, fees, late and return charges, and damages and secondly towards current rent.</w:t>
      </w:r>
      <w:r w:rsidR="00A5150F" w:rsidRPr="008E093C">
        <w:rPr>
          <w:rFonts w:ascii="Arial" w:hAnsi="Arial" w:cs="Arial"/>
          <w:color w:val="000000" w:themeColor="text1"/>
        </w:rPr>
        <w:br/>
      </w:r>
      <w:r w:rsidR="00155ECF" w:rsidRPr="008E093C">
        <w:rPr>
          <w:rFonts w:ascii="Arial" w:hAnsi="Arial" w:cs="Arial"/>
          <w:color w:val="000000" w:themeColor="text1"/>
        </w:rPr>
        <w:br/>
        <w:t>Payment Method: ____________________________________</w:t>
      </w:r>
      <w:r>
        <w:rPr>
          <w:rFonts w:ascii="Arial" w:hAnsi="Arial" w:cs="Arial"/>
          <w:color w:val="000000" w:themeColor="text1"/>
        </w:rPr>
        <w:t xml:space="preserve"> (credit card, check, etc.)</w:t>
      </w:r>
    </w:p>
    <w:p w14:paraId="383DB131" w14:textId="77777777" w:rsidR="00316235" w:rsidRPr="008E093C" w:rsidRDefault="00155ECF">
      <w:pPr>
        <w:pStyle w:val="Heading1"/>
        <w:rPr>
          <w:rFonts w:ascii="Arial" w:hAnsi="Arial" w:cs="Arial"/>
          <w:color w:val="000000" w:themeColor="text1"/>
        </w:rPr>
      </w:pPr>
      <w:r w:rsidRPr="008E093C">
        <w:rPr>
          <w:rFonts w:ascii="Arial" w:hAnsi="Arial" w:cs="Arial"/>
          <w:color w:val="000000" w:themeColor="text1"/>
        </w:rPr>
        <w:t>5. SECURITY DEPOSIT</w:t>
      </w:r>
    </w:p>
    <w:p w14:paraId="7775C3CC" w14:textId="4653AB69" w:rsidR="00274DD9" w:rsidRPr="008E093C" w:rsidRDefault="00155ECF">
      <w:pPr>
        <w:rPr>
          <w:rFonts w:ascii="Arial" w:hAnsi="Arial" w:cs="Arial"/>
          <w:color w:val="000000" w:themeColor="text1"/>
        </w:rPr>
      </w:pPr>
      <w:r w:rsidRPr="008E093C">
        <w:rPr>
          <w:rFonts w:ascii="Arial" w:hAnsi="Arial" w:cs="Arial"/>
          <w:color w:val="000000" w:themeColor="text1"/>
        </w:rPr>
        <w:t xml:space="preserve">A security deposit of </w:t>
      </w:r>
      <w:proofErr w:type="gramStart"/>
      <w:r w:rsidRPr="008E093C">
        <w:rPr>
          <w:rFonts w:ascii="Arial" w:hAnsi="Arial" w:cs="Arial"/>
          <w:color w:val="000000" w:themeColor="text1"/>
        </w:rPr>
        <w:t>$__</w:t>
      </w:r>
      <w:proofErr w:type="gramEnd"/>
      <w:r w:rsidRPr="008E093C">
        <w:rPr>
          <w:rFonts w:ascii="Arial" w:hAnsi="Arial" w:cs="Arial"/>
          <w:color w:val="000000" w:themeColor="text1"/>
        </w:rPr>
        <w:t>________ is required and will be returned in accordance with applicable laws.</w:t>
      </w:r>
      <w:r w:rsidR="00A5150F" w:rsidRPr="008E093C">
        <w:rPr>
          <w:rFonts w:ascii="Arial" w:hAnsi="Arial" w:cs="Arial"/>
          <w:color w:val="000000" w:themeColor="text1"/>
        </w:rPr>
        <w:t xml:space="preserve"> </w:t>
      </w:r>
      <w:r w:rsidR="00A5150F" w:rsidRPr="008E093C">
        <w:rPr>
          <w:rFonts w:ascii="Arial" w:hAnsi="Arial" w:cs="Arial"/>
          <w:color w:val="000000" w:themeColor="text1"/>
        </w:rPr>
        <w:br/>
      </w:r>
      <w:r w:rsidR="00A5150F" w:rsidRPr="008E093C">
        <w:rPr>
          <w:rFonts w:ascii="Arial" w:hAnsi="Arial" w:cs="Arial"/>
          <w:color w:val="000000" w:themeColor="text1"/>
        </w:rPr>
        <w:br/>
        <w:t xml:space="preserve">Landlord will hold this security deposit for the fulfillment of Tenant’s obligations under this lease, and for the cleaning and repairing of the Premises, if necessary, after Tenant vacates the Premises. </w:t>
      </w:r>
    </w:p>
    <w:p w14:paraId="34AA4212" w14:textId="44D28B13" w:rsidR="00316235" w:rsidRPr="008E093C" w:rsidRDefault="00336ADC">
      <w:pPr>
        <w:pStyle w:val="Heading1"/>
        <w:rPr>
          <w:rFonts w:ascii="Arial" w:hAnsi="Arial" w:cs="Arial"/>
          <w:color w:val="000000" w:themeColor="text1"/>
        </w:rPr>
      </w:pPr>
      <w:r>
        <w:rPr>
          <w:rFonts w:ascii="Arial" w:hAnsi="Arial" w:cs="Arial"/>
          <w:color w:val="000000" w:themeColor="text1"/>
        </w:rPr>
        <w:t>6</w:t>
      </w:r>
      <w:r w:rsidR="00155ECF" w:rsidRPr="008E093C">
        <w:rPr>
          <w:rFonts w:ascii="Arial" w:hAnsi="Arial" w:cs="Arial"/>
          <w:color w:val="000000" w:themeColor="text1"/>
        </w:rPr>
        <w:t>. UTILITIES</w:t>
      </w:r>
    </w:p>
    <w:p w14:paraId="6F8406F3" w14:textId="16340E9E" w:rsidR="0071454C" w:rsidRDefault="00155ECF">
      <w:pPr>
        <w:rPr>
          <w:rFonts w:ascii="Arial" w:hAnsi="Arial" w:cs="Arial"/>
          <w:color w:val="000000" w:themeColor="text1"/>
        </w:rPr>
      </w:pPr>
      <w:r w:rsidRPr="008E093C">
        <w:rPr>
          <w:rFonts w:ascii="Arial" w:hAnsi="Arial" w:cs="Arial"/>
          <w:color w:val="000000" w:themeColor="text1"/>
        </w:rPr>
        <w:t>Tenant is responsible for the following utilities:</w:t>
      </w:r>
      <w:r w:rsidRPr="008E093C">
        <w:rPr>
          <w:rFonts w:ascii="Arial" w:hAnsi="Arial" w:cs="Arial"/>
          <w:color w:val="000000" w:themeColor="text1"/>
        </w:rPr>
        <w:br/>
        <w:t>______________________________________________</w:t>
      </w:r>
      <w:r w:rsidRPr="008E093C">
        <w:rPr>
          <w:rFonts w:ascii="Arial" w:hAnsi="Arial" w:cs="Arial"/>
          <w:color w:val="000000" w:themeColor="text1"/>
        </w:rPr>
        <w:br/>
      </w:r>
      <w:r w:rsidR="00AC6072" w:rsidRPr="008E093C">
        <w:rPr>
          <w:rFonts w:ascii="Arial" w:hAnsi="Arial" w:cs="Arial"/>
          <w:color w:val="000000" w:themeColor="text1"/>
        </w:rPr>
        <w:br/>
      </w:r>
      <w:r w:rsidRPr="008E093C">
        <w:rPr>
          <w:rFonts w:ascii="Arial" w:hAnsi="Arial" w:cs="Arial"/>
          <w:color w:val="000000" w:themeColor="text1"/>
        </w:rPr>
        <w:t xml:space="preserve">Landlord </w:t>
      </w:r>
      <w:r w:rsidR="00336ADC">
        <w:rPr>
          <w:rFonts w:ascii="Arial" w:hAnsi="Arial" w:cs="Arial"/>
          <w:color w:val="000000" w:themeColor="text1"/>
        </w:rPr>
        <w:t>will cover the following utilities</w:t>
      </w:r>
      <w:r w:rsidRPr="008E093C">
        <w:rPr>
          <w:rFonts w:ascii="Arial" w:hAnsi="Arial" w:cs="Arial"/>
          <w:color w:val="000000" w:themeColor="text1"/>
        </w:rPr>
        <w:t>:</w:t>
      </w:r>
      <w:r w:rsidRPr="008E093C">
        <w:rPr>
          <w:rFonts w:ascii="Arial" w:hAnsi="Arial" w:cs="Arial"/>
          <w:color w:val="000000" w:themeColor="text1"/>
        </w:rPr>
        <w:br/>
        <w:t>______________________________________________</w:t>
      </w:r>
    </w:p>
    <w:p w14:paraId="4A30D862" w14:textId="5ADFEB9F" w:rsidR="0071454C" w:rsidRPr="008E093C" w:rsidRDefault="0071454C" w:rsidP="0071454C">
      <w:pPr>
        <w:pStyle w:val="Heading1"/>
        <w:rPr>
          <w:rFonts w:ascii="Arial" w:hAnsi="Arial" w:cs="Arial"/>
          <w:color w:val="000000" w:themeColor="text1"/>
        </w:rPr>
      </w:pPr>
      <w:r w:rsidRPr="008E093C">
        <w:rPr>
          <w:rFonts w:ascii="Arial" w:hAnsi="Arial" w:cs="Arial"/>
          <w:color w:val="000000" w:themeColor="text1"/>
        </w:rPr>
        <w:t xml:space="preserve">7. </w:t>
      </w:r>
      <w:r>
        <w:rPr>
          <w:rFonts w:ascii="Arial" w:hAnsi="Arial" w:cs="Arial"/>
          <w:color w:val="000000" w:themeColor="text1"/>
        </w:rPr>
        <w:t>PARKING / GARAGES</w:t>
      </w:r>
    </w:p>
    <w:p w14:paraId="3182CDF2" w14:textId="754A09D7" w:rsidR="0071454C" w:rsidRDefault="0071454C" w:rsidP="0071454C">
      <w:pPr>
        <w:rPr>
          <w:rFonts w:ascii="Arial" w:hAnsi="Arial" w:cs="Arial"/>
          <w:color w:val="000000" w:themeColor="text1"/>
        </w:rPr>
      </w:pPr>
      <w:r>
        <w:rPr>
          <w:rFonts w:ascii="Arial" w:hAnsi="Arial" w:cs="Arial"/>
          <w:color w:val="000000" w:themeColor="text1"/>
        </w:rPr>
        <w:t xml:space="preserve">One parking space is assigned at </w:t>
      </w:r>
      <w:proofErr w:type="gramStart"/>
      <w:r>
        <w:rPr>
          <w:rFonts w:ascii="Arial" w:hAnsi="Arial" w:cs="Arial"/>
          <w:color w:val="000000" w:themeColor="text1"/>
        </w:rPr>
        <w:t>stall #_</w:t>
      </w:r>
      <w:proofErr w:type="gramEnd"/>
      <w:r>
        <w:rPr>
          <w:rFonts w:ascii="Arial" w:hAnsi="Arial" w:cs="Arial"/>
          <w:color w:val="000000" w:themeColor="text1"/>
        </w:rPr>
        <w:t>____. Additional parking is available for a</w:t>
      </w:r>
      <w:r w:rsidR="00B3676A">
        <w:rPr>
          <w:rFonts w:ascii="Arial" w:hAnsi="Arial" w:cs="Arial"/>
          <w:color w:val="000000" w:themeColor="text1"/>
        </w:rPr>
        <w:t>n additional</w:t>
      </w:r>
      <w:r>
        <w:rPr>
          <w:rFonts w:ascii="Arial" w:hAnsi="Arial" w:cs="Arial"/>
          <w:color w:val="000000" w:themeColor="text1"/>
        </w:rPr>
        <w:t xml:space="preserve"> fee of $_______ per month. Other vehicles and visitors are not allowed to park in other stalls. There is no overnight parking for visitors. Visitors must find public parking. </w:t>
      </w:r>
      <w:proofErr w:type="gramStart"/>
      <w:r>
        <w:rPr>
          <w:rFonts w:ascii="Arial" w:hAnsi="Arial" w:cs="Arial"/>
          <w:color w:val="000000" w:themeColor="text1"/>
        </w:rPr>
        <w:t>Tenant</w:t>
      </w:r>
      <w:proofErr w:type="gramEnd"/>
      <w:r>
        <w:rPr>
          <w:rFonts w:ascii="Arial" w:hAnsi="Arial" w:cs="Arial"/>
          <w:color w:val="000000" w:themeColor="text1"/>
        </w:rPr>
        <w:t xml:space="preserve"> must be prepared to move </w:t>
      </w:r>
      <w:proofErr w:type="gramStart"/>
      <w:r>
        <w:rPr>
          <w:rFonts w:ascii="Arial" w:hAnsi="Arial" w:cs="Arial"/>
          <w:color w:val="000000" w:themeColor="text1"/>
        </w:rPr>
        <w:t>vehicle</w:t>
      </w:r>
      <w:proofErr w:type="gramEnd"/>
      <w:r>
        <w:rPr>
          <w:rFonts w:ascii="Arial" w:hAnsi="Arial" w:cs="Arial"/>
          <w:color w:val="000000" w:themeColor="text1"/>
        </w:rPr>
        <w:t xml:space="preserve"> during snow removal. </w:t>
      </w:r>
      <w:r w:rsidR="00B2718D">
        <w:rPr>
          <w:rFonts w:ascii="Arial" w:hAnsi="Arial" w:cs="Arial"/>
          <w:color w:val="000000" w:themeColor="text1"/>
        </w:rPr>
        <w:t xml:space="preserve">Parking will be patrolled </w:t>
      </w:r>
      <w:r w:rsidR="00B2718D">
        <w:rPr>
          <w:rFonts w:ascii="Arial" w:hAnsi="Arial" w:cs="Arial"/>
          <w:color w:val="000000" w:themeColor="text1"/>
        </w:rPr>
        <w:lastRenderedPageBreak/>
        <w:t xml:space="preserve">and enforced as posted. Such parking may be altered, modified, or discontinued by landlord upon written notice to Tenants. </w:t>
      </w:r>
      <w:proofErr w:type="gramStart"/>
      <w:r w:rsidR="00B2718D">
        <w:rPr>
          <w:rFonts w:ascii="Arial" w:hAnsi="Arial" w:cs="Arial"/>
          <w:color w:val="000000" w:themeColor="text1"/>
        </w:rPr>
        <w:t>Tenant is</w:t>
      </w:r>
      <w:proofErr w:type="gramEnd"/>
      <w:r w:rsidR="00B2718D">
        <w:rPr>
          <w:rFonts w:ascii="Arial" w:hAnsi="Arial" w:cs="Arial"/>
          <w:color w:val="000000" w:themeColor="text1"/>
        </w:rPr>
        <w:t xml:space="preserve"> responsible for keeping designated parking </w:t>
      </w:r>
      <w:proofErr w:type="gramStart"/>
      <w:r w:rsidR="00B2718D">
        <w:rPr>
          <w:rFonts w:ascii="Arial" w:hAnsi="Arial" w:cs="Arial"/>
          <w:color w:val="000000" w:themeColor="text1"/>
        </w:rPr>
        <w:t>space</w:t>
      </w:r>
      <w:proofErr w:type="gramEnd"/>
      <w:r w:rsidR="00B2718D">
        <w:rPr>
          <w:rFonts w:ascii="Arial" w:hAnsi="Arial" w:cs="Arial"/>
          <w:color w:val="000000" w:themeColor="text1"/>
        </w:rPr>
        <w:t xml:space="preserve"> clean.</w:t>
      </w:r>
    </w:p>
    <w:p w14:paraId="3DB7667A" w14:textId="49EDC776" w:rsidR="00DB5DFA" w:rsidRDefault="00B2718D" w:rsidP="0071454C">
      <w:pPr>
        <w:rPr>
          <w:rFonts w:ascii="Arial" w:hAnsi="Arial" w:cs="Arial"/>
          <w:color w:val="000000" w:themeColor="text1"/>
        </w:rPr>
      </w:pPr>
      <w:r>
        <w:rPr>
          <w:rFonts w:ascii="Arial" w:hAnsi="Arial" w:cs="Arial"/>
          <w:color w:val="000000" w:themeColor="text1"/>
        </w:rPr>
        <w:t xml:space="preserve">Bicycles may be stored in designated </w:t>
      </w:r>
      <w:proofErr w:type="gramStart"/>
      <w:r>
        <w:rPr>
          <w:rFonts w:ascii="Arial" w:hAnsi="Arial" w:cs="Arial"/>
          <w:color w:val="000000" w:themeColor="text1"/>
        </w:rPr>
        <w:t>area</w:t>
      </w:r>
      <w:proofErr w:type="gramEnd"/>
      <w:r>
        <w:rPr>
          <w:rFonts w:ascii="Arial" w:hAnsi="Arial" w:cs="Arial"/>
          <w:color w:val="000000" w:themeColor="text1"/>
        </w:rPr>
        <w:t xml:space="preserve"> in parking </w:t>
      </w:r>
      <w:proofErr w:type="gramStart"/>
      <w:r>
        <w:rPr>
          <w:rFonts w:ascii="Arial" w:hAnsi="Arial" w:cs="Arial"/>
          <w:color w:val="000000" w:themeColor="text1"/>
        </w:rPr>
        <w:t>garage</w:t>
      </w:r>
      <w:proofErr w:type="gramEnd"/>
      <w:r>
        <w:rPr>
          <w:rFonts w:ascii="Arial" w:hAnsi="Arial" w:cs="Arial"/>
          <w:color w:val="000000" w:themeColor="text1"/>
        </w:rPr>
        <w:t>.</w:t>
      </w:r>
    </w:p>
    <w:p w14:paraId="55550ABB" w14:textId="39C83836" w:rsidR="00DB5DFA" w:rsidRPr="008E093C" w:rsidRDefault="00336ADC" w:rsidP="00DB5DFA">
      <w:pPr>
        <w:pStyle w:val="Heading1"/>
        <w:rPr>
          <w:rFonts w:ascii="Arial" w:hAnsi="Arial" w:cs="Arial"/>
          <w:color w:val="000000" w:themeColor="text1"/>
        </w:rPr>
      </w:pPr>
      <w:r>
        <w:rPr>
          <w:rFonts w:ascii="Arial" w:hAnsi="Arial" w:cs="Arial"/>
          <w:color w:val="000000" w:themeColor="text1"/>
        </w:rPr>
        <w:t>8</w:t>
      </w:r>
      <w:r w:rsidR="00DB5DFA" w:rsidRPr="008E093C">
        <w:rPr>
          <w:rFonts w:ascii="Arial" w:hAnsi="Arial" w:cs="Arial"/>
          <w:color w:val="000000" w:themeColor="text1"/>
        </w:rPr>
        <w:t xml:space="preserve">. </w:t>
      </w:r>
      <w:r w:rsidR="00DB5DFA">
        <w:rPr>
          <w:rFonts w:ascii="Arial" w:hAnsi="Arial" w:cs="Arial"/>
          <w:color w:val="000000" w:themeColor="text1"/>
        </w:rPr>
        <w:t>RULES AND REGULATIONS</w:t>
      </w:r>
    </w:p>
    <w:p w14:paraId="3A898CDD" w14:textId="6E2E2854" w:rsidR="00DB5DFA" w:rsidRDefault="00DB5DFA" w:rsidP="00DB5DFA">
      <w:pPr>
        <w:rPr>
          <w:rFonts w:ascii="Arial" w:hAnsi="Arial" w:cs="Arial"/>
          <w:color w:val="000000" w:themeColor="text1"/>
        </w:rPr>
      </w:pPr>
      <w:r>
        <w:rPr>
          <w:rFonts w:ascii="Arial" w:hAnsi="Arial" w:cs="Arial"/>
          <w:color w:val="000000" w:themeColor="text1"/>
        </w:rPr>
        <w:t xml:space="preserve">Tenant and any guests of Tenant shall </w:t>
      </w:r>
      <w:proofErr w:type="gramStart"/>
      <w:r>
        <w:rPr>
          <w:rFonts w:ascii="Arial" w:hAnsi="Arial" w:cs="Arial"/>
          <w:color w:val="000000" w:themeColor="text1"/>
        </w:rPr>
        <w:t>obey all local and state laws at all times</w:t>
      </w:r>
      <w:proofErr w:type="gramEnd"/>
      <w:r>
        <w:rPr>
          <w:rFonts w:ascii="Arial" w:hAnsi="Arial" w:cs="Arial"/>
          <w:color w:val="000000" w:themeColor="text1"/>
        </w:rPr>
        <w:t xml:space="preserve"> while they are on the Premises.</w:t>
      </w:r>
    </w:p>
    <w:p w14:paraId="56AFE8B6" w14:textId="76FBACC5" w:rsidR="00DB5DFA" w:rsidRDefault="00DB5DFA" w:rsidP="0071454C">
      <w:pPr>
        <w:rPr>
          <w:rFonts w:ascii="Arial" w:hAnsi="Arial" w:cs="Arial"/>
          <w:color w:val="000000" w:themeColor="text1"/>
        </w:rPr>
      </w:pPr>
      <w:proofErr w:type="gramStart"/>
      <w:r>
        <w:rPr>
          <w:rFonts w:ascii="Arial" w:hAnsi="Arial" w:cs="Arial"/>
          <w:color w:val="000000" w:themeColor="text1"/>
        </w:rPr>
        <w:t>Tenant</w:t>
      </w:r>
      <w:proofErr w:type="gramEnd"/>
      <w:r>
        <w:rPr>
          <w:rFonts w:ascii="Arial" w:hAnsi="Arial" w:cs="Arial"/>
          <w:color w:val="000000" w:themeColor="text1"/>
        </w:rPr>
        <w:t xml:space="preserve"> will refrain from littering, damaging, impairing the use or removal of any part of the premises and prohibit guest from doing the same.</w:t>
      </w:r>
    </w:p>
    <w:p w14:paraId="391F6860" w14:textId="62A6D616" w:rsidR="007054CB" w:rsidRDefault="007054CB" w:rsidP="0071454C">
      <w:pPr>
        <w:rPr>
          <w:rFonts w:ascii="Arial" w:hAnsi="Arial" w:cs="Arial"/>
          <w:color w:val="000000" w:themeColor="text1"/>
        </w:rPr>
      </w:pPr>
      <w:proofErr w:type="gramStart"/>
      <w:r>
        <w:rPr>
          <w:rFonts w:ascii="Arial" w:hAnsi="Arial" w:cs="Arial"/>
          <w:color w:val="000000" w:themeColor="text1"/>
        </w:rPr>
        <w:t>Tenant is</w:t>
      </w:r>
      <w:proofErr w:type="gramEnd"/>
      <w:r>
        <w:rPr>
          <w:rFonts w:ascii="Arial" w:hAnsi="Arial" w:cs="Arial"/>
          <w:color w:val="000000" w:themeColor="text1"/>
        </w:rPr>
        <w:t xml:space="preserve"> prohibited from adding, changing, or altering locks.</w:t>
      </w:r>
    </w:p>
    <w:p w14:paraId="25A6F638" w14:textId="377C50CA" w:rsidR="007054CB" w:rsidRDefault="007054CB" w:rsidP="0071454C">
      <w:pPr>
        <w:rPr>
          <w:rFonts w:ascii="Arial" w:hAnsi="Arial" w:cs="Arial"/>
          <w:color w:val="000000" w:themeColor="text1"/>
        </w:rPr>
      </w:pPr>
      <w:r>
        <w:rPr>
          <w:rFonts w:ascii="Arial" w:hAnsi="Arial" w:cs="Arial"/>
          <w:color w:val="000000" w:themeColor="text1"/>
        </w:rPr>
        <w:t xml:space="preserve">The </w:t>
      </w:r>
      <w:r w:rsidR="00B3676A">
        <w:rPr>
          <w:rFonts w:ascii="Arial" w:hAnsi="Arial" w:cs="Arial"/>
          <w:color w:val="000000" w:themeColor="text1"/>
        </w:rPr>
        <w:t>entire property</w:t>
      </w:r>
      <w:r>
        <w:rPr>
          <w:rFonts w:ascii="Arial" w:hAnsi="Arial" w:cs="Arial"/>
          <w:color w:val="000000" w:themeColor="text1"/>
        </w:rPr>
        <w:t xml:space="preserve"> is non-smoking.</w:t>
      </w:r>
    </w:p>
    <w:p w14:paraId="6EF327A1" w14:textId="76F91860" w:rsidR="007054CB" w:rsidRDefault="007054CB" w:rsidP="0071454C">
      <w:pPr>
        <w:rPr>
          <w:rFonts w:ascii="Arial" w:hAnsi="Arial" w:cs="Arial"/>
          <w:color w:val="000000" w:themeColor="text1"/>
        </w:rPr>
      </w:pPr>
      <w:r>
        <w:rPr>
          <w:rFonts w:ascii="Arial" w:hAnsi="Arial" w:cs="Arial"/>
          <w:color w:val="000000" w:themeColor="text1"/>
        </w:rPr>
        <w:t>No signs shall be placed or painting done without the prior written consent of the Landlord.</w:t>
      </w:r>
    </w:p>
    <w:p w14:paraId="2B8958DA" w14:textId="7A25B8F5" w:rsidR="00DB5DFA" w:rsidRPr="008E093C" w:rsidRDefault="00336ADC" w:rsidP="00DB5DFA">
      <w:pPr>
        <w:pStyle w:val="Heading1"/>
        <w:rPr>
          <w:rFonts w:ascii="Arial" w:hAnsi="Arial" w:cs="Arial"/>
          <w:color w:val="000000" w:themeColor="text1"/>
        </w:rPr>
      </w:pPr>
      <w:r>
        <w:rPr>
          <w:rFonts w:ascii="Arial" w:hAnsi="Arial" w:cs="Arial"/>
          <w:color w:val="000000" w:themeColor="text1"/>
        </w:rPr>
        <w:t>9</w:t>
      </w:r>
      <w:r w:rsidR="00DB5DFA" w:rsidRPr="008E093C">
        <w:rPr>
          <w:rFonts w:ascii="Arial" w:hAnsi="Arial" w:cs="Arial"/>
          <w:color w:val="000000" w:themeColor="text1"/>
        </w:rPr>
        <w:t xml:space="preserve">. </w:t>
      </w:r>
      <w:r w:rsidR="00DB5DFA">
        <w:rPr>
          <w:rFonts w:ascii="Arial" w:hAnsi="Arial" w:cs="Arial"/>
          <w:color w:val="000000" w:themeColor="text1"/>
        </w:rPr>
        <w:t>TENANT ABSENCE</w:t>
      </w:r>
    </w:p>
    <w:p w14:paraId="2B3BB1D2" w14:textId="4318CF2D" w:rsidR="00B53B80" w:rsidRDefault="00DB5DFA" w:rsidP="0071454C">
      <w:pPr>
        <w:rPr>
          <w:rFonts w:ascii="Arial" w:hAnsi="Arial" w:cs="Arial"/>
          <w:color w:val="000000" w:themeColor="text1"/>
        </w:rPr>
      </w:pPr>
      <w:r>
        <w:rPr>
          <w:rFonts w:ascii="Arial" w:hAnsi="Arial" w:cs="Arial"/>
          <w:color w:val="000000" w:themeColor="text1"/>
        </w:rPr>
        <w:t xml:space="preserve">Tenant shall notify Landlord of any anticipated absence from the premises </w:t>
      </w:r>
      <w:proofErr w:type="gramStart"/>
      <w:r>
        <w:rPr>
          <w:rFonts w:ascii="Arial" w:hAnsi="Arial" w:cs="Arial"/>
          <w:color w:val="000000" w:themeColor="text1"/>
        </w:rPr>
        <w:t>in excess of</w:t>
      </w:r>
      <w:proofErr w:type="gramEnd"/>
      <w:r>
        <w:rPr>
          <w:rFonts w:ascii="Arial" w:hAnsi="Arial" w:cs="Arial"/>
          <w:color w:val="000000" w:themeColor="text1"/>
        </w:rPr>
        <w:t xml:space="preserve"> ______days; failure to notify Landlord may result in Landlord deeming the property and any possessions therein to be abandoned. If tenant vacates the premises while in default of payment, Landlord </w:t>
      </w:r>
      <w:r w:rsidR="007054CB">
        <w:rPr>
          <w:rFonts w:ascii="Arial" w:hAnsi="Arial" w:cs="Arial"/>
          <w:color w:val="000000" w:themeColor="text1"/>
        </w:rPr>
        <w:t>may consider the premises to be abandoned, deeming any property to be abandoned and may dispose of in the same manner allowed by law.</w:t>
      </w:r>
    </w:p>
    <w:p w14:paraId="597B9D38" w14:textId="778D8B23" w:rsidR="00B53B80" w:rsidRPr="008E093C" w:rsidRDefault="00B53B80" w:rsidP="00B53B80">
      <w:pPr>
        <w:pStyle w:val="Heading1"/>
        <w:rPr>
          <w:rFonts w:ascii="Arial" w:hAnsi="Arial" w:cs="Arial"/>
          <w:color w:val="000000" w:themeColor="text1"/>
        </w:rPr>
      </w:pPr>
      <w:r w:rsidRPr="008E093C">
        <w:rPr>
          <w:rFonts w:ascii="Arial" w:hAnsi="Arial" w:cs="Arial"/>
          <w:color w:val="000000" w:themeColor="text1"/>
        </w:rPr>
        <w:t xml:space="preserve">10. </w:t>
      </w:r>
      <w:r>
        <w:rPr>
          <w:rFonts w:ascii="Arial" w:hAnsi="Arial" w:cs="Arial"/>
          <w:color w:val="000000" w:themeColor="text1"/>
        </w:rPr>
        <w:t>GUEST</w:t>
      </w:r>
      <w:r w:rsidR="00336ADC">
        <w:rPr>
          <w:rFonts w:ascii="Arial" w:hAnsi="Arial" w:cs="Arial"/>
          <w:color w:val="000000" w:themeColor="text1"/>
        </w:rPr>
        <w:t xml:space="preserve"> POLICY</w:t>
      </w:r>
    </w:p>
    <w:p w14:paraId="764B556B" w14:textId="5BC72F73" w:rsidR="00B53B80" w:rsidRDefault="00B53B80" w:rsidP="00B53B80">
      <w:pPr>
        <w:rPr>
          <w:rFonts w:ascii="Arial" w:hAnsi="Arial" w:cs="Arial"/>
          <w:color w:val="000000" w:themeColor="text1"/>
        </w:rPr>
      </w:pPr>
      <w:r>
        <w:rPr>
          <w:rFonts w:ascii="Arial" w:hAnsi="Arial" w:cs="Arial"/>
          <w:color w:val="000000" w:themeColor="text1"/>
        </w:rPr>
        <w:t xml:space="preserve">A “guest” is defined as a person invited to the Leased Premises by the </w:t>
      </w:r>
      <w:r w:rsidR="00336ADC">
        <w:rPr>
          <w:rFonts w:ascii="Arial" w:hAnsi="Arial" w:cs="Arial"/>
          <w:color w:val="000000" w:themeColor="text1"/>
        </w:rPr>
        <w:t xml:space="preserve">Tenant. </w:t>
      </w:r>
      <w:r>
        <w:rPr>
          <w:rFonts w:ascii="Arial" w:hAnsi="Arial" w:cs="Arial"/>
          <w:color w:val="000000" w:themeColor="text1"/>
        </w:rPr>
        <w:t>Only persons listed as Tenants on the lease may reside in the apartment.</w:t>
      </w:r>
    </w:p>
    <w:p w14:paraId="1BE91FF4" w14:textId="4CDF910F" w:rsidR="00B53B80" w:rsidRPr="008E093C" w:rsidRDefault="00B53B80" w:rsidP="0071454C">
      <w:pPr>
        <w:rPr>
          <w:rFonts w:ascii="Arial" w:hAnsi="Arial" w:cs="Arial"/>
          <w:color w:val="000000" w:themeColor="text1"/>
        </w:rPr>
      </w:pPr>
      <w:r w:rsidRPr="00B53B80">
        <w:rPr>
          <w:rFonts w:ascii="Arial" w:hAnsi="Arial" w:cs="Arial"/>
          <w:b/>
          <w:bCs/>
          <w:color w:val="000000" w:themeColor="text1"/>
        </w:rPr>
        <w:t>Overnight guests</w:t>
      </w:r>
      <w:r>
        <w:rPr>
          <w:rFonts w:ascii="Arial" w:hAnsi="Arial" w:cs="Arial"/>
          <w:color w:val="000000" w:themeColor="text1"/>
        </w:rPr>
        <w:t>: Guests are permitted to stay overnight for a maximum of</w:t>
      </w:r>
      <w:r w:rsidR="00336ADC">
        <w:rPr>
          <w:rFonts w:ascii="Arial" w:hAnsi="Arial" w:cs="Arial"/>
          <w:color w:val="000000" w:themeColor="text1"/>
        </w:rPr>
        <w:t>_____</w:t>
      </w:r>
      <w:r>
        <w:rPr>
          <w:rFonts w:ascii="Arial" w:hAnsi="Arial" w:cs="Arial"/>
          <w:color w:val="000000" w:themeColor="text1"/>
        </w:rPr>
        <w:t xml:space="preserve"> consecutive nights for a total of</w:t>
      </w:r>
      <w:r w:rsidR="00336ADC">
        <w:rPr>
          <w:rFonts w:ascii="Arial" w:hAnsi="Arial" w:cs="Arial"/>
          <w:color w:val="000000" w:themeColor="text1"/>
        </w:rPr>
        <w:t xml:space="preserve"> ____</w:t>
      </w:r>
      <w:r>
        <w:rPr>
          <w:rFonts w:ascii="Arial" w:hAnsi="Arial" w:cs="Arial"/>
          <w:color w:val="000000" w:themeColor="text1"/>
        </w:rPr>
        <w:t xml:space="preserve"> days in any </w:t>
      </w:r>
      <w:r w:rsidR="00336ADC">
        <w:rPr>
          <w:rFonts w:ascii="Arial" w:hAnsi="Arial" w:cs="Arial"/>
          <w:color w:val="000000" w:themeColor="text1"/>
        </w:rPr>
        <w:t>____</w:t>
      </w:r>
      <w:r>
        <w:rPr>
          <w:rFonts w:ascii="Arial" w:hAnsi="Arial" w:cs="Arial"/>
          <w:color w:val="000000" w:themeColor="text1"/>
        </w:rPr>
        <w:t>month period. Any stay exceeding these limits requires Landlord’s prior written approval. Any individual staying beyond the allotted time will be considered an unauthorized occupant and Tenant may face termination.</w:t>
      </w:r>
    </w:p>
    <w:p w14:paraId="05451334" w14:textId="56BD25F5" w:rsidR="00316235" w:rsidRPr="008E093C" w:rsidRDefault="00336ADC">
      <w:pPr>
        <w:pStyle w:val="Heading1"/>
        <w:rPr>
          <w:rFonts w:ascii="Arial" w:hAnsi="Arial" w:cs="Arial"/>
          <w:color w:val="000000" w:themeColor="text1"/>
        </w:rPr>
      </w:pPr>
      <w:r>
        <w:rPr>
          <w:rFonts w:ascii="Arial" w:hAnsi="Arial" w:cs="Arial"/>
          <w:color w:val="000000" w:themeColor="text1"/>
        </w:rPr>
        <w:t>11</w:t>
      </w:r>
      <w:r w:rsidR="00155ECF" w:rsidRPr="008E093C">
        <w:rPr>
          <w:rFonts w:ascii="Arial" w:hAnsi="Arial" w:cs="Arial"/>
          <w:color w:val="000000" w:themeColor="text1"/>
        </w:rPr>
        <w:t>.</w:t>
      </w:r>
      <w:r w:rsidR="00AC6072" w:rsidRPr="008E093C">
        <w:rPr>
          <w:rFonts w:ascii="Arial" w:hAnsi="Arial" w:cs="Arial"/>
          <w:color w:val="000000" w:themeColor="text1"/>
        </w:rPr>
        <w:t>ASSIGNMENT AND SUBLETTING</w:t>
      </w:r>
    </w:p>
    <w:p w14:paraId="45FE69CA" w14:textId="58F8E893" w:rsidR="00316235" w:rsidRPr="008E093C" w:rsidRDefault="00155ECF">
      <w:pPr>
        <w:rPr>
          <w:rFonts w:ascii="Arial" w:hAnsi="Arial" w:cs="Arial"/>
          <w:color w:val="000000" w:themeColor="text1"/>
        </w:rPr>
      </w:pPr>
      <w:r w:rsidRPr="008E093C">
        <w:rPr>
          <w:rFonts w:ascii="Arial" w:hAnsi="Arial" w:cs="Arial"/>
          <w:color w:val="000000" w:themeColor="text1"/>
        </w:rPr>
        <w:t>Only the following individuals are permitted to reside in the property:</w:t>
      </w:r>
      <w:r w:rsidRPr="008E093C">
        <w:rPr>
          <w:rFonts w:ascii="Arial" w:hAnsi="Arial" w:cs="Arial"/>
          <w:color w:val="000000" w:themeColor="text1"/>
        </w:rPr>
        <w:br/>
        <w:t>______________________________________________</w:t>
      </w:r>
      <w:r w:rsidR="00AC6072" w:rsidRPr="008E093C">
        <w:rPr>
          <w:rFonts w:ascii="Arial" w:hAnsi="Arial" w:cs="Arial"/>
          <w:color w:val="000000" w:themeColor="text1"/>
        </w:rPr>
        <w:br/>
      </w:r>
      <w:r w:rsidR="00AC6072" w:rsidRPr="008E093C">
        <w:rPr>
          <w:rFonts w:ascii="Arial" w:hAnsi="Arial" w:cs="Arial"/>
          <w:color w:val="000000" w:themeColor="text1"/>
        </w:rPr>
        <w:br/>
        <w:t xml:space="preserve">Tenant shall not assign this </w:t>
      </w:r>
      <w:proofErr w:type="gramStart"/>
      <w:r w:rsidR="00AC6072" w:rsidRPr="008E093C">
        <w:rPr>
          <w:rFonts w:ascii="Arial" w:hAnsi="Arial" w:cs="Arial"/>
          <w:color w:val="000000" w:themeColor="text1"/>
        </w:rPr>
        <w:t>Agreement, or</w:t>
      </w:r>
      <w:proofErr w:type="gramEnd"/>
      <w:r w:rsidR="00AC6072" w:rsidRPr="008E093C">
        <w:rPr>
          <w:rFonts w:ascii="Arial" w:hAnsi="Arial" w:cs="Arial"/>
          <w:color w:val="000000" w:themeColor="text1"/>
        </w:rPr>
        <w:t xml:space="preserve"> sublet or grant any concession or licensure to </w:t>
      </w:r>
      <w:r w:rsidR="00AC6072" w:rsidRPr="008E093C">
        <w:rPr>
          <w:rFonts w:ascii="Arial" w:hAnsi="Arial" w:cs="Arial"/>
          <w:color w:val="000000" w:themeColor="text1"/>
        </w:rPr>
        <w:lastRenderedPageBreak/>
        <w:t xml:space="preserve">use the premises or any part thereof. Landlord </w:t>
      </w:r>
      <w:r w:rsidR="00555FE5" w:rsidRPr="008E093C">
        <w:rPr>
          <w:rFonts w:ascii="Arial" w:hAnsi="Arial" w:cs="Arial"/>
          <w:color w:val="000000" w:themeColor="text1"/>
        </w:rPr>
        <w:t xml:space="preserve">retains absolute discretion in granting or denying any request to assign or sublet this Agreement. </w:t>
      </w:r>
      <w:r w:rsidR="008D7355">
        <w:rPr>
          <w:rFonts w:ascii="Arial" w:hAnsi="Arial" w:cs="Arial"/>
          <w:color w:val="000000" w:themeColor="text1"/>
        </w:rPr>
        <w:t xml:space="preserve">Any assignment or subletting without the Landlord’s prior written consent shall be void and shall, </w:t>
      </w:r>
      <w:proofErr w:type="gramStart"/>
      <w:r w:rsidR="008D7355">
        <w:rPr>
          <w:rFonts w:ascii="Arial" w:hAnsi="Arial" w:cs="Arial"/>
          <w:color w:val="000000" w:themeColor="text1"/>
        </w:rPr>
        <w:t>at Landlord’s</w:t>
      </w:r>
      <w:proofErr w:type="gramEnd"/>
      <w:r w:rsidR="008D7355">
        <w:rPr>
          <w:rFonts w:ascii="Arial" w:hAnsi="Arial" w:cs="Arial"/>
          <w:color w:val="000000" w:themeColor="text1"/>
        </w:rPr>
        <w:t xml:space="preserve"> option, terminate this lease.</w:t>
      </w:r>
    </w:p>
    <w:p w14:paraId="4C2D482F" w14:textId="6C41855A" w:rsidR="00316235" w:rsidRPr="008E093C" w:rsidRDefault="00336ADC">
      <w:pPr>
        <w:pStyle w:val="Heading1"/>
        <w:rPr>
          <w:rFonts w:ascii="Arial" w:hAnsi="Arial" w:cs="Arial"/>
          <w:color w:val="000000" w:themeColor="text1"/>
        </w:rPr>
      </w:pPr>
      <w:r>
        <w:rPr>
          <w:rFonts w:ascii="Arial" w:hAnsi="Arial" w:cs="Arial"/>
          <w:color w:val="000000" w:themeColor="text1"/>
        </w:rPr>
        <w:t>12</w:t>
      </w:r>
      <w:r w:rsidR="00155ECF" w:rsidRPr="008E093C">
        <w:rPr>
          <w:rFonts w:ascii="Arial" w:hAnsi="Arial" w:cs="Arial"/>
          <w:color w:val="000000" w:themeColor="text1"/>
        </w:rPr>
        <w:t>. MAINTENANCE AND REPAIRS</w:t>
      </w:r>
    </w:p>
    <w:p w14:paraId="00370D84" w14:textId="2D03BE7A" w:rsidR="00316235" w:rsidRDefault="00155ECF">
      <w:pPr>
        <w:rPr>
          <w:rFonts w:ascii="Arial" w:hAnsi="Arial" w:cs="Arial"/>
          <w:color w:val="000000" w:themeColor="text1"/>
        </w:rPr>
      </w:pPr>
      <w:r w:rsidRPr="008E093C">
        <w:rPr>
          <w:rFonts w:ascii="Arial" w:hAnsi="Arial" w:cs="Arial"/>
          <w:color w:val="000000" w:themeColor="text1"/>
        </w:rPr>
        <w:t>Tenant agrees to maintain the premises in good condition and notify Landlord of any needed repairs.</w:t>
      </w:r>
      <w:r w:rsidR="008273C5">
        <w:rPr>
          <w:rFonts w:ascii="Arial" w:hAnsi="Arial" w:cs="Arial"/>
          <w:color w:val="000000" w:themeColor="text1"/>
        </w:rPr>
        <w:br/>
      </w:r>
      <w:r w:rsidR="008273C5">
        <w:rPr>
          <w:rFonts w:ascii="Arial" w:hAnsi="Arial" w:cs="Arial"/>
          <w:color w:val="000000" w:themeColor="text1"/>
        </w:rPr>
        <w:br/>
        <w:t>Landlord agrees (a) to keep the structural parts of the premises in reasonable repair during the term of the Agreement, and to make major repairs to pluming, heating and lighting systems, and (b) to maintain the premises in compliance with the applicable health and safety laws of the state and of the local units of government where the demised premises are located during the term of this Agreement.</w:t>
      </w:r>
      <w:r w:rsidR="008273C5">
        <w:rPr>
          <w:rFonts w:ascii="Arial" w:hAnsi="Arial" w:cs="Arial"/>
          <w:color w:val="000000" w:themeColor="text1"/>
        </w:rPr>
        <w:br/>
      </w:r>
      <w:r w:rsidR="008273C5">
        <w:rPr>
          <w:rFonts w:ascii="Arial" w:hAnsi="Arial" w:cs="Arial"/>
          <w:color w:val="000000" w:themeColor="text1"/>
        </w:rPr>
        <w:br/>
        <w:t>All yard work (cutting of grass, raking of leaves, snow removal) shall be the responsibility of ___________ (Landlord or Tenant).</w:t>
      </w:r>
    </w:p>
    <w:p w14:paraId="1660D2E2" w14:textId="44FE8B19" w:rsidR="0083584E" w:rsidRPr="008E093C" w:rsidRDefault="0083584E">
      <w:pPr>
        <w:rPr>
          <w:rFonts w:ascii="Arial" w:hAnsi="Arial" w:cs="Arial"/>
          <w:color w:val="000000" w:themeColor="text1"/>
        </w:rPr>
      </w:pPr>
      <w:r>
        <w:rPr>
          <w:rFonts w:ascii="Arial" w:hAnsi="Arial" w:cs="Arial"/>
          <w:color w:val="000000" w:themeColor="text1"/>
        </w:rPr>
        <w:t xml:space="preserve">A lockout fee of $_______ will be charged in the Tenant locks themselves out and requires the Landlord or other representative to unlock the </w:t>
      </w:r>
      <w:proofErr w:type="gramStart"/>
      <w:r w:rsidR="008D7355">
        <w:rPr>
          <w:rFonts w:ascii="Arial" w:hAnsi="Arial" w:cs="Arial"/>
          <w:color w:val="000000" w:themeColor="text1"/>
        </w:rPr>
        <w:t>dwelling, or</w:t>
      </w:r>
      <w:proofErr w:type="gramEnd"/>
      <w:r>
        <w:rPr>
          <w:rFonts w:ascii="Arial" w:hAnsi="Arial" w:cs="Arial"/>
          <w:color w:val="000000" w:themeColor="text1"/>
        </w:rPr>
        <w:t xml:space="preserve"> furnish a duplicate key; the fee of $_______ will apply after 5:00 p.m., on holidays, and weekends. </w:t>
      </w:r>
    </w:p>
    <w:p w14:paraId="5B0E3DA5" w14:textId="7A60332A" w:rsidR="00316235" w:rsidRPr="008E093C" w:rsidRDefault="00274DD9">
      <w:pPr>
        <w:pStyle w:val="Heading1"/>
        <w:rPr>
          <w:rFonts w:ascii="Arial" w:hAnsi="Arial" w:cs="Arial"/>
          <w:color w:val="000000" w:themeColor="text1"/>
        </w:rPr>
      </w:pPr>
      <w:r w:rsidRPr="008E093C">
        <w:rPr>
          <w:rFonts w:ascii="Arial" w:hAnsi="Arial" w:cs="Arial"/>
          <w:color w:val="000000" w:themeColor="text1"/>
        </w:rPr>
        <w:t>1</w:t>
      </w:r>
      <w:r w:rsidR="00336ADC">
        <w:rPr>
          <w:rFonts w:ascii="Arial" w:hAnsi="Arial" w:cs="Arial"/>
          <w:color w:val="000000" w:themeColor="text1"/>
        </w:rPr>
        <w:t>3</w:t>
      </w:r>
      <w:r w:rsidR="00155ECF" w:rsidRPr="008E093C">
        <w:rPr>
          <w:rFonts w:ascii="Arial" w:hAnsi="Arial" w:cs="Arial"/>
          <w:color w:val="000000" w:themeColor="text1"/>
        </w:rPr>
        <w:t>. USE OF PROPERTY</w:t>
      </w:r>
    </w:p>
    <w:p w14:paraId="297E1567" w14:textId="6ACADECC" w:rsidR="00520466" w:rsidRDefault="00155ECF">
      <w:pPr>
        <w:rPr>
          <w:rFonts w:ascii="Arial" w:hAnsi="Arial" w:cs="Arial"/>
          <w:color w:val="000000" w:themeColor="text1"/>
        </w:rPr>
      </w:pPr>
      <w:r w:rsidRPr="008E093C">
        <w:rPr>
          <w:rFonts w:ascii="Arial" w:hAnsi="Arial" w:cs="Arial"/>
          <w:color w:val="000000" w:themeColor="text1"/>
        </w:rPr>
        <w:t>The property shall be used solely for residential</w:t>
      </w:r>
      <w:r w:rsidR="008E093C">
        <w:rPr>
          <w:rFonts w:ascii="Arial" w:hAnsi="Arial" w:cs="Arial"/>
          <w:color w:val="000000" w:themeColor="text1"/>
        </w:rPr>
        <w:t xml:space="preserve"> living</w:t>
      </w:r>
      <w:r w:rsidRPr="008E093C">
        <w:rPr>
          <w:rFonts w:ascii="Arial" w:hAnsi="Arial" w:cs="Arial"/>
          <w:color w:val="000000" w:themeColor="text1"/>
        </w:rPr>
        <w:t xml:space="preserve"> purposes.</w:t>
      </w:r>
      <w:r w:rsidR="008E093C">
        <w:rPr>
          <w:rFonts w:ascii="Arial" w:hAnsi="Arial" w:cs="Arial"/>
          <w:color w:val="000000" w:themeColor="text1"/>
        </w:rPr>
        <w:t xml:space="preserve"> Tenant shall not do or permit anything to be done on the leased premises that will in </w:t>
      </w:r>
    </w:p>
    <w:p w14:paraId="443C3513" w14:textId="76CAE6AD" w:rsidR="00B2718D" w:rsidRPr="008E093C" w:rsidRDefault="00B2718D" w:rsidP="00B2718D">
      <w:pPr>
        <w:pStyle w:val="Heading1"/>
        <w:rPr>
          <w:rFonts w:ascii="Arial" w:hAnsi="Arial" w:cs="Arial"/>
          <w:color w:val="000000" w:themeColor="text1"/>
        </w:rPr>
      </w:pPr>
      <w:r w:rsidRPr="008E093C">
        <w:rPr>
          <w:rFonts w:ascii="Arial" w:hAnsi="Arial" w:cs="Arial"/>
          <w:color w:val="000000" w:themeColor="text1"/>
        </w:rPr>
        <w:t>1</w:t>
      </w:r>
      <w:r w:rsidR="00336ADC">
        <w:rPr>
          <w:rFonts w:ascii="Arial" w:hAnsi="Arial" w:cs="Arial"/>
          <w:color w:val="000000" w:themeColor="text1"/>
        </w:rPr>
        <w:t>4</w:t>
      </w:r>
      <w:r w:rsidRPr="008E093C">
        <w:rPr>
          <w:rFonts w:ascii="Arial" w:hAnsi="Arial" w:cs="Arial"/>
          <w:color w:val="000000" w:themeColor="text1"/>
        </w:rPr>
        <w:t xml:space="preserve">. </w:t>
      </w:r>
      <w:r>
        <w:rPr>
          <w:rFonts w:ascii="Arial" w:hAnsi="Arial" w:cs="Arial"/>
          <w:color w:val="000000" w:themeColor="text1"/>
        </w:rPr>
        <w:t>CRIM</w:t>
      </w:r>
      <w:r w:rsidR="0083584E">
        <w:rPr>
          <w:rFonts w:ascii="Arial" w:hAnsi="Arial" w:cs="Arial"/>
          <w:color w:val="000000" w:themeColor="text1"/>
        </w:rPr>
        <w:t>E</w:t>
      </w:r>
      <w:r>
        <w:rPr>
          <w:rFonts w:ascii="Arial" w:hAnsi="Arial" w:cs="Arial"/>
          <w:color w:val="000000" w:themeColor="text1"/>
        </w:rPr>
        <w:t xml:space="preserve"> AND DRUG FREE HOUSING</w:t>
      </w:r>
    </w:p>
    <w:p w14:paraId="54055A3B" w14:textId="38DC966E" w:rsidR="00B2718D" w:rsidRDefault="0083584E">
      <w:pPr>
        <w:rPr>
          <w:rFonts w:ascii="Arial" w:hAnsi="Arial" w:cs="Arial"/>
          <w:color w:val="000000" w:themeColor="text1"/>
        </w:rPr>
      </w:pPr>
      <w:proofErr w:type="gramStart"/>
      <w:r>
        <w:rPr>
          <w:rFonts w:ascii="Arial" w:hAnsi="Arial" w:cs="Arial"/>
          <w:color w:val="000000" w:themeColor="text1"/>
        </w:rPr>
        <w:t>Tenant</w:t>
      </w:r>
      <w:proofErr w:type="gramEnd"/>
      <w:r>
        <w:rPr>
          <w:rFonts w:ascii="Arial" w:hAnsi="Arial" w:cs="Arial"/>
          <w:color w:val="000000" w:themeColor="text1"/>
        </w:rPr>
        <w:t xml:space="preserve">, </w:t>
      </w:r>
      <w:proofErr w:type="gramStart"/>
      <w:r>
        <w:rPr>
          <w:rFonts w:ascii="Arial" w:hAnsi="Arial" w:cs="Arial"/>
          <w:color w:val="000000" w:themeColor="text1"/>
        </w:rPr>
        <w:t>household</w:t>
      </w:r>
      <w:proofErr w:type="gramEnd"/>
      <w:r>
        <w:rPr>
          <w:rFonts w:ascii="Arial" w:hAnsi="Arial" w:cs="Arial"/>
          <w:color w:val="000000" w:themeColor="text1"/>
        </w:rPr>
        <w:t>, and guests shall not engage in any criminal activity on the premises or otherwise, including drug related activity including, but not limited to the manufacture, sale, distribution, use, or possession of any controlled substance as defined in the Controlled Substance Act N.R.S. 28-416.</w:t>
      </w:r>
    </w:p>
    <w:p w14:paraId="6584CE5E" w14:textId="6A9D121F" w:rsidR="00520466" w:rsidRPr="008E093C" w:rsidRDefault="00520466" w:rsidP="00520466">
      <w:pPr>
        <w:pStyle w:val="Heading1"/>
        <w:rPr>
          <w:rFonts w:ascii="Arial" w:hAnsi="Arial" w:cs="Arial"/>
          <w:color w:val="000000" w:themeColor="text1"/>
        </w:rPr>
      </w:pPr>
      <w:r w:rsidRPr="008E093C">
        <w:rPr>
          <w:rFonts w:ascii="Arial" w:hAnsi="Arial" w:cs="Arial"/>
          <w:color w:val="000000" w:themeColor="text1"/>
        </w:rPr>
        <w:t>1</w:t>
      </w:r>
      <w:r w:rsidR="00336ADC">
        <w:rPr>
          <w:rFonts w:ascii="Arial" w:hAnsi="Arial" w:cs="Arial"/>
          <w:color w:val="000000" w:themeColor="text1"/>
        </w:rPr>
        <w:t>5</w:t>
      </w:r>
      <w:r w:rsidRPr="008E093C">
        <w:rPr>
          <w:rFonts w:ascii="Arial" w:hAnsi="Arial" w:cs="Arial"/>
          <w:color w:val="000000" w:themeColor="text1"/>
        </w:rPr>
        <w:t xml:space="preserve">. </w:t>
      </w:r>
      <w:r>
        <w:rPr>
          <w:rFonts w:ascii="Arial" w:hAnsi="Arial" w:cs="Arial"/>
          <w:color w:val="000000" w:themeColor="text1"/>
        </w:rPr>
        <w:t>ALTERATIONS AND IMPROVEMENTS</w:t>
      </w:r>
    </w:p>
    <w:p w14:paraId="783D5F7A" w14:textId="36B84567" w:rsidR="00520466" w:rsidRDefault="00520466">
      <w:pPr>
        <w:rPr>
          <w:rFonts w:ascii="Arial" w:hAnsi="Arial" w:cs="Arial"/>
          <w:color w:val="000000" w:themeColor="text1"/>
        </w:rPr>
      </w:pPr>
      <w:r>
        <w:rPr>
          <w:rFonts w:ascii="Arial" w:hAnsi="Arial" w:cs="Arial"/>
          <w:color w:val="000000" w:themeColor="text1"/>
        </w:rPr>
        <w:t>Tenant</w:t>
      </w:r>
      <w:r w:rsidRPr="00520466">
        <w:rPr>
          <w:rFonts w:ascii="Arial" w:hAnsi="Arial" w:cs="Arial"/>
          <w:color w:val="000000" w:themeColor="text1"/>
        </w:rPr>
        <w:t xml:space="preserve"> shall make no alterations to the buildings on the demised premises or construct any building or make other improvements on the demised premises without the prior written consent of </w:t>
      </w:r>
      <w:r>
        <w:rPr>
          <w:rFonts w:ascii="Arial" w:hAnsi="Arial" w:cs="Arial"/>
          <w:color w:val="000000" w:themeColor="text1"/>
        </w:rPr>
        <w:t>Landlord</w:t>
      </w:r>
      <w:r w:rsidRPr="00520466">
        <w:rPr>
          <w:rFonts w:ascii="Arial" w:hAnsi="Arial" w:cs="Arial"/>
          <w:color w:val="000000" w:themeColor="text1"/>
        </w:rPr>
        <w:t xml:space="preserve">. All alterations, changes and improvements built, constructed, or placed on the demised premises by </w:t>
      </w:r>
      <w:r>
        <w:rPr>
          <w:rFonts w:ascii="Arial" w:hAnsi="Arial" w:cs="Arial"/>
          <w:color w:val="000000" w:themeColor="text1"/>
        </w:rPr>
        <w:t>Tenant</w:t>
      </w:r>
      <w:r w:rsidRPr="00520466">
        <w:rPr>
          <w:rFonts w:ascii="Arial" w:hAnsi="Arial" w:cs="Arial"/>
          <w:color w:val="000000" w:themeColor="text1"/>
        </w:rPr>
        <w:t xml:space="preserve"> with the exception of fixtures removable without damage to the premises and movable personal property, shall, unless otherwise provided by written agreement between </w:t>
      </w:r>
      <w:r>
        <w:rPr>
          <w:rFonts w:ascii="Arial" w:hAnsi="Arial" w:cs="Arial"/>
          <w:color w:val="000000" w:themeColor="text1"/>
        </w:rPr>
        <w:t>Landlord</w:t>
      </w:r>
      <w:r w:rsidRPr="00520466">
        <w:rPr>
          <w:rFonts w:ascii="Arial" w:hAnsi="Arial" w:cs="Arial"/>
          <w:color w:val="000000" w:themeColor="text1"/>
        </w:rPr>
        <w:t xml:space="preserve"> and </w:t>
      </w:r>
      <w:r>
        <w:rPr>
          <w:rFonts w:ascii="Arial" w:hAnsi="Arial" w:cs="Arial"/>
          <w:color w:val="000000" w:themeColor="text1"/>
        </w:rPr>
        <w:t>Tenant</w:t>
      </w:r>
      <w:r w:rsidRPr="00520466">
        <w:rPr>
          <w:rFonts w:ascii="Arial" w:hAnsi="Arial" w:cs="Arial"/>
          <w:color w:val="000000" w:themeColor="text1"/>
        </w:rPr>
        <w:t xml:space="preserve"> be the property of </w:t>
      </w:r>
      <w:r>
        <w:rPr>
          <w:rFonts w:ascii="Arial" w:hAnsi="Arial" w:cs="Arial"/>
          <w:color w:val="000000" w:themeColor="text1"/>
        </w:rPr>
        <w:t>Landlord,</w:t>
      </w:r>
      <w:r w:rsidRPr="00520466">
        <w:rPr>
          <w:rFonts w:ascii="Arial" w:hAnsi="Arial" w:cs="Arial"/>
          <w:color w:val="000000" w:themeColor="text1"/>
        </w:rPr>
        <w:t xml:space="preserve"> and remain on the demised premises at the expiration or sooner termination of this Agreement.</w:t>
      </w:r>
    </w:p>
    <w:p w14:paraId="12A60010" w14:textId="23DD10DE" w:rsidR="008E093C" w:rsidRPr="008E093C" w:rsidRDefault="008E093C" w:rsidP="008E093C">
      <w:pPr>
        <w:pStyle w:val="Heading1"/>
        <w:rPr>
          <w:rFonts w:ascii="Arial" w:hAnsi="Arial" w:cs="Arial"/>
          <w:color w:val="000000" w:themeColor="text1"/>
        </w:rPr>
      </w:pPr>
      <w:r>
        <w:rPr>
          <w:rFonts w:ascii="Arial" w:hAnsi="Arial" w:cs="Arial"/>
          <w:color w:val="000000" w:themeColor="text1"/>
        </w:rPr>
        <w:lastRenderedPageBreak/>
        <w:t>1</w:t>
      </w:r>
      <w:r w:rsidR="00336ADC">
        <w:rPr>
          <w:rFonts w:ascii="Arial" w:hAnsi="Arial" w:cs="Arial"/>
          <w:color w:val="000000" w:themeColor="text1"/>
        </w:rPr>
        <w:t>6</w:t>
      </w:r>
      <w:r w:rsidRPr="008E093C">
        <w:rPr>
          <w:rFonts w:ascii="Arial" w:hAnsi="Arial" w:cs="Arial"/>
          <w:color w:val="000000" w:themeColor="text1"/>
        </w:rPr>
        <w:t xml:space="preserve">. </w:t>
      </w:r>
      <w:r>
        <w:rPr>
          <w:rFonts w:ascii="Arial" w:hAnsi="Arial" w:cs="Arial"/>
          <w:color w:val="000000" w:themeColor="text1"/>
        </w:rPr>
        <w:t>QUIET ENJOYMENT</w:t>
      </w:r>
    </w:p>
    <w:p w14:paraId="247F23CB" w14:textId="32CBDB38" w:rsidR="008273C5" w:rsidRDefault="008273C5">
      <w:pPr>
        <w:rPr>
          <w:rFonts w:ascii="Arial" w:hAnsi="Arial" w:cs="Arial"/>
          <w:color w:val="000000" w:themeColor="text1"/>
        </w:rPr>
      </w:pPr>
      <w:r>
        <w:rPr>
          <w:rFonts w:ascii="Arial" w:hAnsi="Arial" w:cs="Arial"/>
          <w:color w:val="000000" w:themeColor="text1"/>
        </w:rPr>
        <w:t>Tenant covenants that on paying the rent and performing the covenants herein contained. Lessee shall peacefully and quietly have, hold, and enjoy the demised premises for the agreed term.</w:t>
      </w:r>
    </w:p>
    <w:p w14:paraId="477040C0" w14:textId="1EA7FAC0" w:rsidR="008273C5" w:rsidRPr="008E093C" w:rsidRDefault="008273C5" w:rsidP="008273C5">
      <w:pPr>
        <w:pStyle w:val="Heading1"/>
        <w:rPr>
          <w:rFonts w:ascii="Arial" w:hAnsi="Arial" w:cs="Arial"/>
          <w:color w:val="000000" w:themeColor="text1"/>
        </w:rPr>
      </w:pPr>
      <w:r>
        <w:rPr>
          <w:rFonts w:ascii="Arial" w:hAnsi="Arial" w:cs="Arial"/>
          <w:color w:val="000000" w:themeColor="text1"/>
        </w:rPr>
        <w:t>1</w:t>
      </w:r>
      <w:r w:rsidR="00336ADC">
        <w:rPr>
          <w:rFonts w:ascii="Arial" w:hAnsi="Arial" w:cs="Arial"/>
          <w:color w:val="000000" w:themeColor="text1"/>
        </w:rPr>
        <w:t>7</w:t>
      </w:r>
      <w:r w:rsidRPr="008E093C">
        <w:rPr>
          <w:rFonts w:ascii="Arial" w:hAnsi="Arial" w:cs="Arial"/>
          <w:color w:val="000000" w:themeColor="text1"/>
        </w:rPr>
        <w:t xml:space="preserve">. </w:t>
      </w:r>
      <w:r w:rsidR="00B36DF7">
        <w:rPr>
          <w:rFonts w:ascii="Arial" w:hAnsi="Arial" w:cs="Arial"/>
          <w:color w:val="000000" w:themeColor="text1"/>
        </w:rPr>
        <w:t>RIGHT OF ENTRY</w:t>
      </w:r>
    </w:p>
    <w:p w14:paraId="065008DA" w14:textId="41ACD0E5" w:rsidR="008273C5" w:rsidRPr="008E093C" w:rsidRDefault="00B36DF7">
      <w:pPr>
        <w:rPr>
          <w:rFonts w:ascii="Arial" w:hAnsi="Arial" w:cs="Arial"/>
          <w:color w:val="000000" w:themeColor="text1"/>
        </w:rPr>
      </w:pPr>
      <w:r>
        <w:rPr>
          <w:rFonts w:ascii="Arial" w:hAnsi="Arial" w:cs="Arial"/>
          <w:color w:val="000000" w:themeColor="text1"/>
        </w:rPr>
        <w:t xml:space="preserve">Landlord </w:t>
      </w:r>
      <w:r w:rsidRPr="00B36DF7">
        <w:rPr>
          <w:rFonts w:ascii="Arial" w:hAnsi="Arial" w:cs="Arial"/>
          <w:color w:val="000000" w:themeColor="text1"/>
        </w:rPr>
        <w:t>reserve</w:t>
      </w:r>
      <w:r>
        <w:rPr>
          <w:rFonts w:ascii="Arial" w:hAnsi="Arial" w:cs="Arial"/>
          <w:color w:val="000000" w:themeColor="text1"/>
        </w:rPr>
        <w:t>s</w:t>
      </w:r>
      <w:r w:rsidRPr="00B36DF7">
        <w:rPr>
          <w:rFonts w:ascii="Arial" w:hAnsi="Arial" w:cs="Arial"/>
          <w:color w:val="000000" w:themeColor="text1"/>
        </w:rPr>
        <w:t xml:space="preserve"> the right to enter the </w:t>
      </w:r>
      <w:r>
        <w:rPr>
          <w:rFonts w:ascii="Arial" w:hAnsi="Arial" w:cs="Arial"/>
          <w:color w:val="000000" w:themeColor="text1"/>
        </w:rPr>
        <w:t>Premises</w:t>
      </w:r>
      <w:r w:rsidRPr="00B36DF7">
        <w:rPr>
          <w:rFonts w:ascii="Arial" w:hAnsi="Arial" w:cs="Arial"/>
          <w:color w:val="000000" w:themeColor="text1"/>
        </w:rPr>
        <w:t xml:space="preserve"> at all reasonable hours during the term of this Agreement, and any renewal thereof, for the purpose of inspecting the premises and all building improvements thereon, and whenever necessary to make repairs and alterations to the </w:t>
      </w:r>
      <w:r>
        <w:rPr>
          <w:rFonts w:ascii="Arial" w:hAnsi="Arial" w:cs="Arial"/>
          <w:color w:val="000000" w:themeColor="text1"/>
        </w:rPr>
        <w:t>P</w:t>
      </w:r>
      <w:r w:rsidRPr="00B36DF7">
        <w:rPr>
          <w:rFonts w:ascii="Arial" w:hAnsi="Arial" w:cs="Arial"/>
          <w:color w:val="000000" w:themeColor="text1"/>
        </w:rPr>
        <w:t>remises.</w:t>
      </w:r>
      <w:r>
        <w:rPr>
          <w:rFonts w:ascii="Arial" w:hAnsi="Arial" w:cs="Arial"/>
          <w:color w:val="000000" w:themeColor="text1"/>
        </w:rPr>
        <w:t xml:space="preserve"> Landlord will provide 24 hours of advance written notice to Tenant prior to entry in accordance with applicable state law. </w:t>
      </w:r>
      <w:r w:rsidRPr="00B36DF7">
        <w:rPr>
          <w:rFonts w:ascii="Arial" w:hAnsi="Arial" w:cs="Arial"/>
          <w:color w:val="000000" w:themeColor="text1"/>
        </w:rPr>
        <w:t xml:space="preserve">This Lessee hereby grants permission to Lessor to show the demised premises to new rental applicants at reasonable hours of the day, within </w:t>
      </w:r>
      <w:r w:rsidR="00B2718D">
        <w:rPr>
          <w:rFonts w:ascii="Arial" w:hAnsi="Arial" w:cs="Arial"/>
          <w:color w:val="000000" w:themeColor="text1"/>
        </w:rPr>
        <w:t>_______</w:t>
      </w:r>
      <w:r w:rsidRPr="00B36DF7">
        <w:rPr>
          <w:rFonts w:ascii="Arial" w:hAnsi="Arial" w:cs="Arial"/>
          <w:color w:val="000000" w:themeColor="text1"/>
        </w:rPr>
        <w:t xml:space="preserve"> days of the expiration of the tenancy.</w:t>
      </w:r>
    </w:p>
    <w:p w14:paraId="1097DC2F" w14:textId="404C16CE" w:rsidR="00316235" w:rsidRPr="008E093C" w:rsidRDefault="00155ECF">
      <w:pPr>
        <w:pStyle w:val="Heading1"/>
        <w:rPr>
          <w:rFonts w:ascii="Arial" w:hAnsi="Arial" w:cs="Arial"/>
          <w:color w:val="000000" w:themeColor="text1"/>
        </w:rPr>
      </w:pPr>
      <w:r w:rsidRPr="008E093C">
        <w:rPr>
          <w:rFonts w:ascii="Arial" w:hAnsi="Arial" w:cs="Arial"/>
          <w:color w:val="000000" w:themeColor="text1"/>
        </w:rPr>
        <w:t>1</w:t>
      </w:r>
      <w:r w:rsidR="00336ADC">
        <w:rPr>
          <w:rFonts w:ascii="Arial" w:hAnsi="Arial" w:cs="Arial"/>
          <w:color w:val="000000" w:themeColor="text1"/>
        </w:rPr>
        <w:t>8</w:t>
      </w:r>
      <w:r w:rsidRPr="008E093C">
        <w:rPr>
          <w:rFonts w:ascii="Arial" w:hAnsi="Arial" w:cs="Arial"/>
          <w:color w:val="000000" w:themeColor="text1"/>
        </w:rPr>
        <w:t>. PETS</w:t>
      </w:r>
    </w:p>
    <w:p w14:paraId="2CE6A1DC" w14:textId="77777777" w:rsidR="00316235" w:rsidRPr="008E093C" w:rsidRDefault="00155ECF">
      <w:pPr>
        <w:rPr>
          <w:rFonts w:ascii="Arial" w:hAnsi="Arial" w:cs="Arial"/>
          <w:color w:val="000000" w:themeColor="text1"/>
        </w:rPr>
      </w:pPr>
      <w:r w:rsidRPr="008E093C">
        <w:rPr>
          <w:rFonts w:ascii="Arial" w:hAnsi="Arial" w:cs="Arial"/>
          <w:color w:val="000000" w:themeColor="text1"/>
        </w:rPr>
        <w:t>Pets (are / are not) allowed. If allowed, details:</w:t>
      </w:r>
      <w:r w:rsidRPr="008E093C">
        <w:rPr>
          <w:rFonts w:ascii="Arial" w:hAnsi="Arial" w:cs="Arial"/>
          <w:color w:val="000000" w:themeColor="text1"/>
        </w:rPr>
        <w:br/>
        <w:t>______________________________________________</w:t>
      </w:r>
    </w:p>
    <w:p w14:paraId="3323BCD1" w14:textId="72E85D8E" w:rsidR="0071454C" w:rsidRPr="008E093C" w:rsidRDefault="00336ADC" w:rsidP="0071454C">
      <w:pPr>
        <w:pStyle w:val="Heading1"/>
        <w:rPr>
          <w:rFonts w:ascii="Arial" w:hAnsi="Arial" w:cs="Arial"/>
          <w:color w:val="000000" w:themeColor="text1"/>
        </w:rPr>
      </w:pPr>
      <w:r>
        <w:rPr>
          <w:rFonts w:ascii="Arial" w:hAnsi="Arial" w:cs="Arial"/>
          <w:color w:val="000000" w:themeColor="text1"/>
        </w:rPr>
        <w:t>19</w:t>
      </w:r>
      <w:r w:rsidR="0071454C" w:rsidRPr="008E093C">
        <w:rPr>
          <w:rFonts w:ascii="Arial" w:hAnsi="Arial" w:cs="Arial"/>
          <w:color w:val="000000" w:themeColor="text1"/>
        </w:rPr>
        <w:t>. BUY-OUT REQUEST OF LEASE</w:t>
      </w:r>
    </w:p>
    <w:p w14:paraId="356D09F5" w14:textId="51A5CB62" w:rsidR="0071454C" w:rsidRDefault="0071454C" w:rsidP="0071454C">
      <w:pPr>
        <w:rPr>
          <w:rFonts w:ascii="Arial" w:hAnsi="Arial" w:cs="Arial"/>
          <w:color w:val="000000" w:themeColor="text1"/>
        </w:rPr>
      </w:pPr>
      <w:r w:rsidRPr="008E093C">
        <w:rPr>
          <w:rFonts w:ascii="Arial" w:hAnsi="Arial" w:cs="Arial"/>
          <w:color w:val="000000" w:themeColor="text1"/>
        </w:rPr>
        <w:t>Tenant may request release of all rights as Tenant and offer to surrender possession of premises a minimum of</w:t>
      </w:r>
      <w:r w:rsidR="00B2718D">
        <w:rPr>
          <w:rFonts w:ascii="Arial" w:hAnsi="Arial" w:cs="Arial"/>
          <w:color w:val="000000" w:themeColor="text1"/>
        </w:rPr>
        <w:t>________</w:t>
      </w:r>
      <w:r w:rsidR="008D7355">
        <w:rPr>
          <w:rFonts w:ascii="Arial" w:hAnsi="Arial" w:cs="Arial"/>
          <w:color w:val="000000" w:themeColor="text1"/>
        </w:rPr>
        <w:t xml:space="preserve"> </w:t>
      </w:r>
      <w:r w:rsidRPr="008E093C">
        <w:rPr>
          <w:rFonts w:ascii="Arial" w:hAnsi="Arial" w:cs="Arial"/>
          <w:color w:val="000000" w:themeColor="text1"/>
        </w:rPr>
        <w:t xml:space="preserve">days prior. This written application is referred to as a Buy-out Request. If the Landlord accepts the request, the Landlord shall provide agreement in writing. </w:t>
      </w:r>
      <w:proofErr w:type="gramStart"/>
      <w:r w:rsidRPr="008E093C">
        <w:rPr>
          <w:rFonts w:ascii="Arial" w:hAnsi="Arial" w:cs="Arial"/>
          <w:color w:val="000000" w:themeColor="text1"/>
        </w:rPr>
        <w:t>In order to</w:t>
      </w:r>
      <w:proofErr w:type="gramEnd"/>
      <w:r w:rsidRPr="008E093C">
        <w:rPr>
          <w:rFonts w:ascii="Arial" w:hAnsi="Arial" w:cs="Arial"/>
          <w:color w:val="000000" w:themeColor="text1"/>
        </w:rPr>
        <w:t xml:space="preserve"> exercise early termination, the Tenant shall pay </w:t>
      </w:r>
      <w:r w:rsidR="00B2718D">
        <w:rPr>
          <w:rFonts w:ascii="Arial" w:hAnsi="Arial" w:cs="Arial"/>
          <w:color w:val="000000" w:themeColor="text1"/>
        </w:rPr>
        <w:t>_____</w:t>
      </w:r>
      <w:r w:rsidRPr="008E093C">
        <w:rPr>
          <w:rFonts w:ascii="Arial" w:hAnsi="Arial" w:cs="Arial"/>
          <w:color w:val="000000" w:themeColor="text1"/>
        </w:rPr>
        <w:t>x the current monthly rent due upon submission of the Buy-out Request.</w:t>
      </w:r>
    </w:p>
    <w:p w14:paraId="26DC43E6" w14:textId="140EDC90" w:rsidR="00316235" w:rsidRPr="008E093C" w:rsidRDefault="00336ADC">
      <w:pPr>
        <w:pStyle w:val="Heading1"/>
        <w:rPr>
          <w:rFonts w:ascii="Arial" w:hAnsi="Arial" w:cs="Arial"/>
          <w:color w:val="000000" w:themeColor="text1"/>
        </w:rPr>
      </w:pPr>
      <w:r>
        <w:rPr>
          <w:rFonts w:ascii="Arial" w:hAnsi="Arial" w:cs="Arial"/>
          <w:color w:val="000000" w:themeColor="text1"/>
        </w:rPr>
        <w:t>20</w:t>
      </w:r>
      <w:r w:rsidR="00155ECF" w:rsidRPr="008E093C">
        <w:rPr>
          <w:rFonts w:ascii="Arial" w:hAnsi="Arial" w:cs="Arial"/>
          <w:color w:val="000000" w:themeColor="text1"/>
        </w:rPr>
        <w:t>. TERMINATION</w:t>
      </w:r>
      <w:r w:rsidR="00461A98">
        <w:rPr>
          <w:rFonts w:ascii="Arial" w:hAnsi="Arial" w:cs="Arial"/>
          <w:color w:val="000000" w:themeColor="text1"/>
        </w:rPr>
        <w:t xml:space="preserve"> OF AGREEEMEMT</w:t>
      </w:r>
    </w:p>
    <w:p w14:paraId="6793AB7A" w14:textId="048A8A38" w:rsidR="00461A98" w:rsidRDefault="00155ECF">
      <w:pPr>
        <w:rPr>
          <w:rFonts w:ascii="Arial" w:hAnsi="Arial" w:cs="Arial"/>
          <w:color w:val="000000" w:themeColor="text1"/>
        </w:rPr>
      </w:pPr>
      <w:r w:rsidRPr="008E093C">
        <w:rPr>
          <w:rFonts w:ascii="Arial" w:hAnsi="Arial" w:cs="Arial"/>
          <w:color w:val="000000" w:themeColor="text1"/>
        </w:rPr>
        <w:t xml:space="preserve">Either party must provide ___ </w:t>
      </w:r>
      <w:proofErr w:type="gramStart"/>
      <w:r w:rsidR="008D7355" w:rsidRPr="008E093C">
        <w:rPr>
          <w:rFonts w:ascii="Arial" w:hAnsi="Arial" w:cs="Arial"/>
          <w:color w:val="000000" w:themeColor="text1"/>
        </w:rPr>
        <w:t>days</w:t>
      </w:r>
      <w:proofErr w:type="gramEnd"/>
      <w:r w:rsidRPr="008E093C">
        <w:rPr>
          <w:rFonts w:ascii="Arial" w:hAnsi="Arial" w:cs="Arial"/>
          <w:color w:val="000000" w:themeColor="text1"/>
        </w:rPr>
        <w:t xml:space="preserve"> written notice to terminate this Agreement.</w:t>
      </w:r>
    </w:p>
    <w:p w14:paraId="05896CFE" w14:textId="57B75BE1" w:rsidR="00461A98" w:rsidRPr="008E093C" w:rsidRDefault="00336ADC" w:rsidP="00461A98">
      <w:pPr>
        <w:pStyle w:val="Heading1"/>
        <w:rPr>
          <w:rFonts w:ascii="Arial" w:hAnsi="Arial" w:cs="Arial"/>
          <w:color w:val="000000" w:themeColor="text1"/>
        </w:rPr>
      </w:pPr>
      <w:r>
        <w:rPr>
          <w:rFonts w:ascii="Arial" w:hAnsi="Arial" w:cs="Arial"/>
          <w:color w:val="000000" w:themeColor="text1"/>
        </w:rPr>
        <w:t>21</w:t>
      </w:r>
      <w:r w:rsidR="00461A98" w:rsidRPr="008E093C">
        <w:rPr>
          <w:rFonts w:ascii="Arial" w:hAnsi="Arial" w:cs="Arial"/>
          <w:color w:val="000000" w:themeColor="text1"/>
        </w:rPr>
        <w:t xml:space="preserve">. </w:t>
      </w:r>
      <w:r w:rsidR="00461A98">
        <w:rPr>
          <w:rFonts w:ascii="Arial" w:hAnsi="Arial" w:cs="Arial"/>
          <w:color w:val="000000" w:themeColor="text1"/>
        </w:rPr>
        <w:t>ABANDONMENT</w:t>
      </w:r>
    </w:p>
    <w:p w14:paraId="04270646" w14:textId="436C9938" w:rsidR="00461A98" w:rsidRPr="008E093C" w:rsidRDefault="00461A98" w:rsidP="00461A98">
      <w:pPr>
        <w:rPr>
          <w:rFonts w:ascii="Arial" w:hAnsi="Arial" w:cs="Arial"/>
          <w:color w:val="000000" w:themeColor="text1"/>
        </w:rPr>
      </w:pPr>
      <w:r>
        <w:rPr>
          <w:rFonts w:ascii="Arial" w:hAnsi="Arial" w:cs="Arial"/>
          <w:color w:val="000000" w:themeColor="text1"/>
        </w:rPr>
        <w:t>If at any time during the term of this Agreement Tenant abandons the premises, Landlord may, at Landlord’s option, bring an action to recover possession of the demised premises and such action is equivalent to a demand for the rent and reentry upon the property.</w:t>
      </w:r>
    </w:p>
    <w:p w14:paraId="13179910" w14:textId="43DF54C4" w:rsidR="00461A98" w:rsidRPr="008E093C" w:rsidRDefault="00336ADC" w:rsidP="00461A98">
      <w:pPr>
        <w:pStyle w:val="Heading1"/>
        <w:rPr>
          <w:rFonts w:ascii="Arial" w:hAnsi="Arial" w:cs="Arial"/>
          <w:color w:val="000000" w:themeColor="text1"/>
        </w:rPr>
      </w:pPr>
      <w:r>
        <w:rPr>
          <w:rFonts w:ascii="Arial" w:hAnsi="Arial" w:cs="Arial"/>
          <w:color w:val="000000" w:themeColor="text1"/>
        </w:rPr>
        <w:t>22</w:t>
      </w:r>
      <w:r w:rsidR="00461A98" w:rsidRPr="008E093C">
        <w:rPr>
          <w:rFonts w:ascii="Arial" w:hAnsi="Arial" w:cs="Arial"/>
          <w:color w:val="000000" w:themeColor="text1"/>
        </w:rPr>
        <w:t xml:space="preserve">. </w:t>
      </w:r>
      <w:r w:rsidR="00520466">
        <w:rPr>
          <w:rFonts w:ascii="Arial" w:hAnsi="Arial" w:cs="Arial"/>
          <w:color w:val="000000" w:themeColor="text1"/>
        </w:rPr>
        <w:t>RENTER’S I</w:t>
      </w:r>
      <w:r w:rsidR="00461A98">
        <w:rPr>
          <w:rFonts w:ascii="Arial" w:hAnsi="Arial" w:cs="Arial"/>
          <w:color w:val="000000" w:themeColor="text1"/>
        </w:rPr>
        <w:t>NSURANCE</w:t>
      </w:r>
    </w:p>
    <w:p w14:paraId="06C31857" w14:textId="10C14897" w:rsidR="00461A98" w:rsidRPr="008E093C" w:rsidRDefault="00461A98">
      <w:pPr>
        <w:rPr>
          <w:rFonts w:ascii="Arial" w:hAnsi="Arial" w:cs="Arial"/>
          <w:color w:val="000000" w:themeColor="text1"/>
        </w:rPr>
      </w:pPr>
      <w:proofErr w:type="gramStart"/>
      <w:r>
        <w:rPr>
          <w:rFonts w:ascii="Arial" w:hAnsi="Arial" w:cs="Arial"/>
          <w:color w:val="000000" w:themeColor="text1"/>
        </w:rPr>
        <w:t>Tenant is</w:t>
      </w:r>
      <w:proofErr w:type="gramEnd"/>
      <w:r>
        <w:rPr>
          <w:rFonts w:ascii="Arial" w:hAnsi="Arial" w:cs="Arial"/>
          <w:color w:val="000000" w:themeColor="text1"/>
        </w:rPr>
        <w:t xml:space="preserve"> required to</w:t>
      </w:r>
      <w:r w:rsidR="00520466">
        <w:rPr>
          <w:rFonts w:ascii="Arial" w:hAnsi="Arial" w:cs="Arial"/>
          <w:color w:val="000000" w:themeColor="text1"/>
        </w:rPr>
        <w:t xml:space="preserve"> obtain and</w:t>
      </w:r>
      <w:r>
        <w:rPr>
          <w:rFonts w:ascii="Arial" w:hAnsi="Arial" w:cs="Arial"/>
          <w:color w:val="000000" w:themeColor="text1"/>
        </w:rPr>
        <w:t xml:space="preserve"> carry renter’s insurance</w:t>
      </w:r>
      <w:r w:rsidR="00520466">
        <w:rPr>
          <w:rFonts w:ascii="Arial" w:hAnsi="Arial" w:cs="Arial"/>
          <w:color w:val="000000" w:themeColor="text1"/>
        </w:rPr>
        <w:t xml:space="preserve"> for the term of the lease</w:t>
      </w:r>
      <w:r>
        <w:rPr>
          <w:rFonts w:ascii="Arial" w:hAnsi="Arial" w:cs="Arial"/>
          <w:color w:val="000000" w:themeColor="text1"/>
        </w:rPr>
        <w:t xml:space="preserve"> to protect themselves against losses. Insurance carried by </w:t>
      </w:r>
      <w:r w:rsidR="00520466">
        <w:rPr>
          <w:rFonts w:ascii="Arial" w:hAnsi="Arial" w:cs="Arial"/>
          <w:color w:val="000000" w:themeColor="text1"/>
        </w:rPr>
        <w:t xml:space="preserve">Landlord does not cover any </w:t>
      </w:r>
      <w:r w:rsidR="00520466">
        <w:rPr>
          <w:rFonts w:ascii="Arial" w:hAnsi="Arial" w:cs="Arial"/>
          <w:color w:val="000000" w:themeColor="text1"/>
        </w:rPr>
        <w:lastRenderedPageBreak/>
        <w:t>personal property of the Tenant.</w:t>
      </w:r>
      <w:r w:rsidR="00B2718D">
        <w:rPr>
          <w:rFonts w:ascii="Arial" w:hAnsi="Arial" w:cs="Arial"/>
          <w:color w:val="000000" w:themeColor="text1"/>
        </w:rPr>
        <w:t xml:space="preserve"> Tenant releases Landlord from </w:t>
      </w:r>
      <w:proofErr w:type="gramStart"/>
      <w:r w:rsidR="00B2718D">
        <w:rPr>
          <w:rFonts w:ascii="Arial" w:hAnsi="Arial" w:cs="Arial"/>
          <w:color w:val="000000" w:themeColor="text1"/>
        </w:rPr>
        <w:t>any and all</w:t>
      </w:r>
      <w:proofErr w:type="gramEnd"/>
      <w:r w:rsidR="00B2718D">
        <w:rPr>
          <w:rFonts w:ascii="Arial" w:hAnsi="Arial" w:cs="Arial"/>
          <w:color w:val="000000" w:themeColor="text1"/>
        </w:rPr>
        <w:t xml:space="preserve"> claims, rights of recovery, and subrogation.</w:t>
      </w:r>
    </w:p>
    <w:p w14:paraId="02B2EB92" w14:textId="17BEE393" w:rsidR="0083584E" w:rsidRPr="00DB5DFA" w:rsidRDefault="00336ADC" w:rsidP="00DB5DFA">
      <w:pPr>
        <w:pStyle w:val="Heading1"/>
        <w:rPr>
          <w:rFonts w:ascii="Arial" w:hAnsi="Arial" w:cs="Arial"/>
          <w:color w:val="000000" w:themeColor="text1"/>
        </w:rPr>
      </w:pPr>
      <w:r>
        <w:rPr>
          <w:rFonts w:ascii="Arial" w:hAnsi="Arial" w:cs="Arial"/>
          <w:color w:val="000000" w:themeColor="text1"/>
        </w:rPr>
        <w:t>2</w:t>
      </w:r>
      <w:r w:rsidR="00274DD9" w:rsidRPr="008E093C">
        <w:rPr>
          <w:rFonts w:ascii="Arial" w:hAnsi="Arial" w:cs="Arial"/>
          <w:color w:val="000000" w:themeColor="text1"/>
        </w:rPr>
        <w:t>3</w:t>
      </w:r>
      <w:r w:rsidR="00155ECF" w:rsidRPr="008E093C">
        <w:rPr>
          <w:rFonts w:ascii="Arial" w:hAnsi="Arial" w:cs="Arial"/>
          <w:color w:val="000000" w:themeColor="text1"/>
        </w:rPr>
        <w:t>. SIGNATURES</w:t>
      </w:r>
    </w:p>
    <w:p w14:paraId="21B9369D" w14:textId="50620038" w:rsidR="0083584E" w:rsidRPr="00DB5DFA" w:rsidRDefault="0083584E" w:rsidP="0083584E">
      <w:pPr>
        <w:rPr>
          <w:rFonts w:ascii="Arial" w:hAnsi="Arial" w:cs="Arial"/>
        </w:rPr>
      </w:pPr>
      <w:r w:rsidRPr="00DB5DFA">
        <w:rPr>
          <w:rFonts w:ascii="Arial" w:hAnsi="Arial" w:cs="Arial"/>
        </w:rPr>
        <w:t xml:space="preserve">This agreement constitutes the entire and sole agreement between Landlord and Tenant respecting the leased Premises, the leasing of the leased Premises to Tenant, and the lease term created under this Lease, and correctly sets forth the </w:t>
      </w:r>
      <w:r w:rsidR="00DB5DFA" w:rsidRPr="00DB5DFA">
        <w:rPr>
          <w:rFonts w:ascii="Arial" w:hAnsi="Arial" w:cs="Arial"/>
        </w:rPr>
        <w:t>obligations</w:t>
      </w:r>
      <w:r w:rsidRPr="00DB5DFA">
        <w:rPr>
          <w:rFonts w:ascii="Arial" w:hAnsi="Arial" w:cs="Arial"/>
        </w:rPr>
        <w:t xml:space="preserve"> of the Landlord and Tenant to each other as of its date.</w:t>
      </w:r>
    </w:p>
    <w:p w14:paraId="02579D88" w14:textId="53B2287B" w:rsidR="0083584E" w:rsidRPr="00DB5DFA" w:rsidRDefault="0083584E" w:rsidP="0083584E">
      <w:pPr>
        <w:rPr>
          <w:rFonts w:ascii="Arial" w:hAnsi="Arial" w:cs="Arial"/>
        </w:rPr>
      </w:pPr>
      <w:r w:rsidRPr="00DB5DFA">
        <w:rPr>
          <w:rFonts w:ascii="Arial" w:hAnsi="Arial" w:cs="Arial"/>
        </w:rPr>
        <w:t>Execution on this on the date set forth b</w:t>
      </w:r>
      <w:r w:rsidR="00DB5DFA" w:rsidRPr="00DB5DFA">
        <w:rPr>
          <w:rFonts w:ascii="Arial" w:hAnsi="Arial" w:cs="Arial"/>
        </w:rPr>
        <w:t>elow, in the City of Lincoln, County of Lancaster, State of Nebraska.</w:t>
      </w:r>
    </w:p>
    <w:p w14:paraId="1BDEBC72" w14:textId="77777777" w:rsidR="00336ADC" w:rsidRDefault="00520466">
      <w:pPr>
        <w:rPr>
          <w:rFonts w:ascii="Arial" w:hAnsi="Arial" w:cs="Arial"/>
          <w:color w:val="000000" w:themeColor="text1"/>
        </w:rPr>
      </w:pPr>
      <w:r>
        <w:rPr>
          <w:rFonts w:ascii="Arial" w:hAnsi="Arial" w:cs="Arial"/>
          <w:color w:val="000000" w:themeColor="text1"/>
        </w:rPr>
        <w:br/>
      </w:r>
      <w:r w:rsidR="00155ECF" w:rsidRPr="008E093C">
        <w:rPr>
          <w:rFonts w:ascii="Arial" w:hAnsi="Arial" w:cs="Arial"/>
          <w:color w:val="000000" w:themeColor="text1"/>
        </w:rPr>
        <w:t>Landlord Signature: ____________________   Date: __________</w:t>
      </w:r>
      <w:r w:rsidR="00155ECF" w:rsidRPr="008E093C">
        <w:rPr>
          <w:rFonts w:ascii="Arial" w:hAnsi="Arial" w:cs="Arial"/>
          <w:color w:val="000000" w:themeColor="text1"/>
        </w:rPr>
        <w:br/>
      </w:r>
      <w:r w:rsidR="00155ECF" w:rsidRPr="008E093C">
        <w:rPr>
          <w:rFonts w:ascii="Arial" w:hAnsi="Arial" w:cs="Arial"/>
          <w:color w:val="000000" w:themeColor="text1"/>
        </w:rPr>
        <w:br/>
      </w:r>
    </w:p>
    <w:p w14:paraId="2FB933E0" w14:textId="76B787FF" w:rsidR="00336ADC" w:rsidRDefault="00155ECF">
      <w:pPr>
        <w:rPr>
          <w:rFonts w:ascii="Arial" w:hAnsi="Arial" w:cs="Arial"/>
          <w:color w:val="000000" w:themeColor="text1"/>
        </w:rPr>
      </w:pPr>
      <w:r w:rsidRPr="008E093C">
        <w:rPr>
          <w:rFonts w:ascii="Arial" w:hAnsi="Arial" w:cs="Arial"/>
          <w:color w:val="000000" w:themeColor="text1"/>
        </w:rPr>
        <w:t>Tenant Signature</w:t>
      </w:r>
      <w:r w:rsidRPr="008E093C">
        <w:rPr>
          <w:rFonts w:ascii="Arial" w:hAnsi="Arial" w:cs="Arial"/>
          <w:color w:val="000000" w:themeColor="text1"/>
        </w:rPr>
        <w:t>: ___________________</w:t>
      </w:r>
      <w:proofErr w:type="gramStart"/>
      <w:r w:rsidRPr="008E093C">
        <w:rPr>
          <w:rFonts w:ascii="Arial" w:hAnsi="Arial" w:cs="Arial"/>
          <w:color w:val="000000" w:themeColor="text1"/>
        </w:rPr>
        <w:t xml:space="preserve">_  </w:t>
      </w:r>
      <w:proofErr w:type="gramEnd"/>
      <w:r w:rsidRPr="008E093C">
        <w:rPr>
          <w:rFonts w:ascii="Arial" w:hAnsi="Arial" w:cs="Arial"/>
          <w:color w:val="000000" w:themeColor="text1"/>
        </w:rPr>
        <w:t xml:space="preserve"> Date: __________</w:t>
      </w:r>
    </w:p>
    <w:p w14:paraId="7C21E109" w14:textId="255E5A41" w:rsidR="00336ADC" w:rsidRDefault="00336ADC">
      <w:pPr>
        <w:rPr>
          <w:rFonts w:ascii="Arial" w:hAnsi="Arial" w:cs="Arial"/>
          <w:color w:val="000000" w:themeColor="text1"/>
        </w:rPr>
      </w:pPr>
      <w:r w:rsidRPr="008E093C">
        <w:rPr>
          <w:rFonts w:ascii="Arial" w:hAnsi="Arial" w:cs="Arial"/>
          <w:color w:val="000000" w:themeColor="text1"/>
        </w:rPr>
        <w:t>Tenant Signature: ___________________</w:t>
      </w:r>
      <w:proofErr w:type="gramStart"/>
      <w:r w:rsidRPr="008E093C">
        <w:rPr>
          <w:rFonts w:ascii="Arial" w:hAnsi="Arial" w:cs="Arial"/>
          <w:color w:val="000000" w:themeColor="text1"/>
        </w:rPr>
        <w:t xml:space="preserve">_  </w:t>
      </w:r>
      <w:proofErr w:type="gramEnd"/>
      <w:r w:rsidRPr="008E093C">
        <w:rPr>
          <w:rFonts w:ascii="Arial" w:hAnsi="Arial" w:cs="Arial"/>
          <w:color w:val="000000" w:themeColor="text1"/>
        </w:rPr>
        <w:t xml:space="preserve"> Date: __________</w:t>
      </w:r>
    </w:p>
    <w:p w14:paraId="14743A25" w14:textId="77777777" w:rsidR="00336ADC" w:rsidRDefault="00336ADC" w:rsidP="00336ADC">
      <w:pPr>
        <w:rPr>
          <w:rFonts w:ascii="Arial" w:hAnsi="Arial" w:cs="Arial"/>
          <w:color w:val="000000" w:themeColor="text1"/>
        </w:rPr>
      </w:pPr>
      <w:r w:rsidRPr="008E093C">
        <w:rPr>
          <w:rFonts w:ascii="Arial" w:hAnsi="Arial" w:cs="Arial"/>
          <w:color w:val="000000" w:themeColor="text1"/>
        </w:rPr>
        <w:t>Tenant Signature: ___________________</w:t>
      </w:r>
      <w:proofErr w:type="gramStart"/>
      <w:r w:rsidRPr="008E093C">
        <w:rPr>
          <w:rFonts w:ascii="Arial" w:hAnsi="Arial" w:cs="Arial"/>
          <w:color w:val="000000" w:themeColor="text1"/>
        </w:rPr>
        <w:t xml:space="preserve">_  </w:t>
      </w:r>
      <w:proofErr w:type="gramEnd"/>
      <w:r w:rsidRPr="008E093C">
        <w:rPr>
          <w:rFonts w:ascii="Arial" w:hAnsi="Arial" w:cs="Arial"/>
          <w:color w:val="000000" w:themeColor="text1"/>
        </w:rPr>
        <w:t xml:space="preserve"> Date: __________</w:t>
      </w:r>
    </w:p>
    <w:p w14:paraId="49E751D1" w14:textId="77777777" w:rsidR="00336ADC" w:rsidRPr="008E093C" w:rsidRDefault="00336ADC" w:rsidP="00336ADC">
      <w:pPr>
        <w:rPr>
          <w:rFonts w:ascii="Arial" w:hAnsi="Arial" w:cs="Arial"/>
          <w:color w:val="000000" w:themeColor="text1"/>
        </w:rPr>
      </w:pPr>
      <w:r w:rsidRPr="008E093C">
        <w:rPr>
          <w:rFonts w:ascii="Arial" w:hAnsi="Arial" w:cs="Arial"/>
          <w:color w:val="000000" w:themeColor="text1"/>
        </w:rPr>
        <w:t>Tenant Signature: ___________________</w:t>
      </w:r>
      <w:proofErr w:type="gramStart"/>
      <w:r w:rsidRPr="008E093C">
        <w:rPr>
          <w:rFonts w:ascii="Arial" w:hAnsi="Arial" w:cs="Arial"/>
          <w:color w:val="000000" w:themeColor="text1"/>
        </w:rPr>
        <w:t xml:space="preserve">_  </w:t>
      </w:r>
      <w:proofErr w:type="gramEnd"/>
      <w:r w:rsidRPr="008E093C">
        <w:rPr>
          <w:rFonts w:ascii="Arial" w:hAnsi="Arial" w:cs="Arial"/>
          <w:color w:val="000000" w:themeColor="text1"/>
        </w:rPr>
        <w:t xml:space="preserve"> Date: __________</w:t>
      </w:r>
    </w:p>
    <w:p w14:paraId="279183A6" w14:textId="77777777" w:rsidR="00336ADC" w:rsidRPr="008E093C" w:rsidRDefault="00336ADC">
      <w:pPr>
        <w:rPr>
          <w:rFonts w:ascii="Arial" w:hAnsi="Arial" w:cs="Arial"/>
          <w:color w:val="000000" w:themeColor="text1"/>
        </w:rPr>
      </w:pPr>
    </w:p>
    <w:sectPr w:rsidR="00336ADC" w:rsidRPr="008E09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71454063">
    <w:abstractNumId w:val="8"/>
  </w:num>
  <w:num w:numId="2" w16cid:durableId="1407728982">
    <w:abstractNumId w:val="6"/>
  </w:num>
  <w:num w:numId="3" w16cid:durableId="2047486712">
    <w:abstractNumId w:val="5"/>
  </w:num>
  <w:num w:numId="4" w16cid:durableId="1490636386">
    <w:abstractNumId w:val="4"/>
  </w:num>
  <w:num w:numId="5" w16cid:durableId="267860392">
    <w:abstractNumId w:val="7"/>
  </w:num>
  <w:num w:numId="6" w16cid:durableId="1732187802">
    <w:abstractNumId w:val="3"/>
  </w:num>
  <w:num w:numId="7" w16cid:durableId="235089838">
    <w:abstractNumId w:val="2"/>
  </w:num>
  <w:num w:numId="8" w16cid:durableId="1690908062">
    <w:abstractNumId w:val="1"/>
  </w:num>
  <w:num w:numId="9" w16cid:durableId="1689722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0A4B"/>
    <w:rsid w:val="0006063C"/>
    <w:rsid w:val="0015074B"/>
    <w:rsid w:val="00274DD9"/>
    <w:rsid w:val="0029639D"/>
    <w:rsid w:val="00316235"/>
    <w:rsid w:val="00326F90"/>
    <w:rsid w:val="00336ADC"/>
    <w:rsid w:val="00461A98"/>
    <w:rsid w:val="00520466"/>
    <w:rsid w:val="00555FE5"/>
    <w:rsid w:val="0059597C"/>
    <w:rsid w:val="006F3637"/>
    <w:rsid w:val="007054CB"/>
    <w:rsid w:val="0071454C"/>
    <w:rsid w:val="007770DE"/>
    <w:rsid w:val="008273C5"/>
    <w:rsid w:val="0083584E"/>
    <w:rsid w:val="008D7355"/>
    <w:rsid w:val="008E093C"/>
    <w:rsid w:val="00A5150F"/>
    <w:rsid w:val="00AA1D8D"/>
    <w:rsid w:val="00AC6072"/>
    <w:rsid w:val="00B2718D"/>
    <w:rsid w:val="00B3676A"/>
    <w:rsid w:val="00B36DF7"/>
    <w:rsid w:val="00B47730"/>
    <w:rsid w:val="00B53B80"/>
    <w:rsid w:val="00C11EED"/>
    <w:rsid w:val="00CB0664"/>
    <w:rsid w:val="00DB5DFA"/>
    <w:rsid w:val="00FC693F"/>
    <w:rsid w:val="00FF07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EFDE8E"/>
  <w14:defaultImageDpi w14:val="300"/>
  <w15:docId w15:val="{8101A0A8-73D6-4631-B6C9-3CF80F2E8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8E09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6</Pages>
  <Words>1336</Words>
  <Characters>9506</Characters>
  <Application>Microsoft Office Word</Application>
  <DocSecurity>0</DocSecurity>
  <Lines>297</Lines>
  <Paragraphs>193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Planos</dc:creator>
  <cp:keywords/>
  <dc:description>generated by python-docx</dc:description>
  <cp:lastModifiedBy>Brittany Planos</cp:lastModifiedBy>
  <cp:revision>5</cp:revision>
  <dcterms:created xsi:type="dcterms:W3CDTF">2026-06-29T17:56:00Z</dcterms:created>
  <dcterms:modified xsi:type="dcterms:W3CDTF">2026-06-29T21:43:00Z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75c869c-9d2c-4429-b399-551501d6e7cd_Enabled">
    <vt:lpwstr>true</vt:lpwstr>
  </property>
  <property fmtid="{D5CDD505-2E9C-101B-9397-08002B2CF9AE}" pid="3" name="MSIP_Label_275c869c-9d2c-4429-b399-551501d6e7cd_SetDate">
    <vt:lpwstr>2026-06-29T18:08:43Z</vt:lpwstr>
  </property>
  <property fmtid="{D5CDD505-2E9C-101B-9397-08002B2CF9AE}" pid="4" name="MSIP_Label_275c869c-9d2c-4429-b399-551501d6e7cd_Method">
    <vt:lpwstr>Standard</vt:lpwstr>
  </property>
  <property fmtid="{D5CDD505-2E9C-101B-9397-08002B2CF9AE}" pid="5" name="MSIP_Label_275c869c-9d2c-4429-b399-551501d6e7cd_Name">
    <vt:lpwstr>275c869c-9d2c-4429-b399-551501d6e7cd</vt:lpwstr>
  </property>
  <property fmtid="{D5CDD505-2E9C-101B-9397-08002B2CF9AE}" pid="6" name="MSIP_Label_275c869c-9d2c-4429-b399-551501d6e7cd_SiteId">
    <vt:lpwstr>61cac203-836b-4c0b-897e-21d01836367f</vt:lpwstr>
  </property>
  <property fmtid="{D5CDD505-2E9C-101B-9397-08002B2CF9AE}" pid="7" name="MSIP_Label_275c869c-9d2c-4429-b399-551501d6e7cd_ActionId">
    <vt:lpwstr>ad085cac-e739-4bcf-9165-1bf783256f78</vt:lpwstr>
  </property>
  <property fmtid="{D5CDD505-2E9C-101B-9397-08002B2CF9AE}" pid="8" name="MSIP_Label_275c869c-9d2c-4429-b399-551501d6e7cd_ContentBits">
    <vt:lpwstr>0</vt:lpwstr>
  </property>
  <property fmtid="{D5CDD505-2E9C-101B-9397-08002B2CF9AE}" pid="9" name="MSIP_Label_275c869c-9d2c-4429-b399-551501d6e7cd_Tag">
    <vt:lpwstr>10, 1, 2, 1</vt:lpwstr>
  </property>
</Properties>
</file>